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PROVALTRA Procurement Assessment</w:t>
      </w:r>
    </w:p>
    <w:p>
      <w:pPr>
        <w:pStyle w:val="Subtitle"/>
      </w:pPr>
      <w:r>
        <w:t>PPA COMPREHENSIVE  |  Detaljna procena nabavke</w:t>
      </w:r>
    </w:p>
    <w:p>
      <w:r>
        <w:t>Jedinstveni upitnik za svih šest oblasti nabavke</w:t>
      </w:r>
    </w:p>
    <w:tbl>
      <w:tblPr>
        <w:tblStyle w:val="LightShading-Accent1"/>
        <w:tblW w:type="auto" w:w="0"/>
        <w:tblLook w:firstColumn="1" w:firstRow="1" w:lastColumn="0" w:lastRow="0" w:noHBand="0" w:noVBand="1" w:val="04A0"/>
      </w:tblPr>
      <w:tblGrid>
        <w:gridCol w:w="4896"/>
        <w:gridCol w:w="4896"/>
      </w:tblGrid>
      <w:tr>
        <w:tc>
          <w:tcPr>
            <w:tcW w:type="dxa" w:w="4896"/>
          </w:tcPr>
          <w:p>
            <w:r>
              <w:t>Kompanija: ________________________</w:t>
            </w:r>
          </w:p>
        </w:tc>
        <w:tc>
          <w:tcPr>
            <w:tcW w:type="dxa" w:w="4896"/>
          </w:tcPr>
          <w:p>
            <w:r>
              <w:t>Datum: ______________</w:t>
            </w:r>
          </w:p>
        </w:tc>
      </w:tr>
      <w:tr>
        <w:tc>
          <w:tcPr>
            <w:tcW w:type="dxa" w:w="4896"/>
          </w:tcPr>
          <w:p>
            <w:r>
              <w:t>Kontakt osoba: ____________________</w:t>
            </w:r>
          </w:p>
        </w:tc>
        <w:tc>
          <w:tcPr>
            <w:tcW w:type="dxa" w:w="4896"/>
          </w:tcPr>
          <w:p>
            <w:r>
              <w:t>Funkcija: _____________</w:t>
            </w:r>
          </w:p>
        </w:tc>
      </w:tr>
      <w:tr>
        <w:tc>
          <w:tcPr>
            <w:tcW w:type="dxa" w:w="4896"/>
          </w:tcPr>
          <w:p>
            <w:r>
              <w:t>Delatnost: ________________________</w:t>
            </w:r>
          </w:p>
        </w:tc>
        <w:tc>
          <w:tcPr>
            <w:tcW w:type="dxa" w:w="4896"/>
          </w:tcPr>
          <w:p>
            <w:r>
              <w:t>Broj zaposlenih: ______</w:t>
            </w:r>
          </w:p>
        </w:tc>
      </w:tr>
    </w:tbl>
    <w:p>
      <w:pPr>
        <w:pStyle w:val="Heading1"/>
      </w:pPr>
      <w:r>
        <w:t>Uputstvo za popunjavanje</w:t>
      </w:r>
    </w:p>
    <w:p>
      <w:r>
        <w:t>Upitnik je namenjen detaljnoj proceni i može se popunjavati u više koraka uz učešće relevantnih timova. Odgovorite prema stvarnoj praksi; nisu potrebni unapred izračunati KPI. Ako nešto ne postoji ili podatak nije dostupan, to slobodno navedite. Odgovori sami po sebi nisu konačna ocena – PROVALTRA proverava dokaze i kontekst.</w:t>
      </w:r>
    </w:p>
    <w:p>
      <w:r>
        <w:t>Oznake:  ☐ Da  ☐ Delimično  ☐ Ne  ☐ Nije primenljivo  ☐ Nije poznato / dostupno.  Kod pitanja o načinu rada opišite praksu u komentaru.</w:t>
      </w:r>
    </w:p>
    <w:p>
      <w:pPr>
        <w:pStyle w:val="Heading1"/>
      </w:pPr>
      <w:r>
        <w:t>1. Organizacija i upravljanje nabavkom</w:t>
      </w:r>
    </w:p>
    <w:p>
      <w:pPr/>
      <w:r>
        <w:rPr>
          <w:b/>
          <w:color w:val="0D223F"/>
        </w:rPr>
        <w:t>C001  Kako je organizovana funkcija nabavke u vašoj kompaniji?</w:t>
      </w:r>
    </w:p>
    <w:p>
      <w:r>
        <w:t>☐ Poseban sektor/služba nabavke     ☐ Nabavka je deo drugog sektora     ☐ Nabavku obavlja više sektora     ☐ Ne postoji formalno organizovana funkcija nabavke     ☐ Drugo (navesti)</w:t>
      </w:r>
    </w:p>
    <w:p>
      <w:r>
        <w:t>Komentar / primer: __________________________________________________________</w:t>
      </w:r>
    </w:p>
    <w:p>
      <w:pPr>
        <w:pStyle w:val="Caption"/>
      </w:pPr>
      <w:r>
        <w:t>Interna referenca: S1-Q01  |  1.1.1  Položaj nabavke u organizacionoj strukturi</w:t>
      </w:r>
    </w:p>
    <w:p>
      <w:pPr/>
      <w:r>
        <w:rPr>
          <w:b/>
          <w:color w:val="0D223F"/>
        </w:rPr>
        <w:t>C002  Kome organizaciono odgovara osoba odgovorna za nabavku?</w:t>
      </w:r>
    </w:p>
    <w:p>
      <w:r>
        <w:t>☐ Generalnom direktoru     ☐ Finansijskom direktoru     ☐ Operativnom direktoru     ☐ Direktoru proizvodnje     ☐ Drugom rukovodiocu (navesti)</w:t>
      </w:r>
    </w:p>
    <w:p>
      <w:r>
        <w:t>Komentar / primer: __________________________________________________________</w:t>
      </w:r>
    </w:p>
    <w:p>
      <w:pPr>
        <w:pStyle w:val="Caption"/>
      </w:pPr>
      <w:r>
        <w:t>Interna referenca: S1-Q02  |  1.1.1  Položaj nabavke u organizacionoj strukturi</w:t>
      </w:r>
    </w:p>
    <w:p>
      <w:pPr/>
      <w:r>
        <w:rPr>
          <w:b/>
          <w:color w:val="0D223F"/>
        </w:rPr>
        <w:t>C003  Da li postoji formalno definisana organizaciona struktura koja obuhvata funkciju nabavke?</w:t>
      </w:r>
    </w:p>
    <w:p>
      <w:r>
        <w:t>☐ Da     ☐ Delimično     ☐ Ne</w:t>
      </w:r>
    </w:p>
    <w:p>
      <w:r>
        <w:t>Komentar / primer: __________________________________________________________</w:t>
      </w:r>
    </w:p>
    <w:p>
      <w:pPr>
        <w:pStyle w:val="Caption"/>
      </w:pPr>
      <w:r>
        <w:t>Interna referenca: S1-Q03  |  1.1.1  Položaj nabavke u organizacionoj strukturi</w:t>
      </w:r>
    </w:p>
    <w:p>
      <w:pPr/>
      <w:r>
        <w:rPr>
          <w:b/>
          <w:color w:val="0D223F"/>
        </w:rPr>
        <w:t>C004  Da li nabavka učestvuje u planiranju i donošenju poslovnih odluka koje utiču na nabavne potrebe?</w:t>
      </w:r>
    </w:p>
    <w:p>
      <w:r>
        <w:t>☐ Redovno     ☐ Povremeno     ☐ Retko     ☐ Ne učestvuje</w:t>
      </w:r>
    </w:p>
    <w:p>
      <w:r>
        <w:t>Komentar / primer: __________________________________________________________</w:t>
      </w:r>
    </w:p>
    <w:p>
      <w:pPr>
        <w:pStyle w:val="Caption"/>
      </w:pPr>
      <w:r>
        <w:t>Interna referenca: S1-Q04  |  1.1.1  Položaj nabavke u organizacionoj strukturi</w:t>
      </w:r>
    </w:p>
    <w:p>
      <w:pPr/>
      <w:r>
        <w:rPr>
          <w:b/>
          <w:color w:val="0D223F"/>
        </w:rPr>
        <w:t>C005  Kako se u vašoj kompaniji sprovode nabavne aktivnosti?</w:t>
      </w:r>
    </w:p>
    <w:p>
      <w:r>
        <w:t>☐ Centralizovano     ☐ Decentralizovano     ☐ Kombinovani model     ☐ Nije jasno definisano</w:t>
      </w:r>
    </w:p>
    <w:p>
      <w:r>
        <w:t>Komentar / primer: __________________________________________________________</w:t>
      </w:r>
    </w:p>
    <w:p>
      <w:pPr>
        <w:pStyle w:val="Caption"/>
      </w:pPr>
      <w:r>
        <w:t>Interna referenca: S1-Q05  |  1.1.2  Model centralizovane/decentralizovane nabavke</w:t>
      </w:r>
    </w:p>
    <w:p>
      <w:pPr/>
      <w:r>
        <w:rPr>
          <w:b/>
          <w:color w:val="0D223F"/>
        </w:rPr>
        <w:t>C006  Ko je odgovoran za izbor dobavljača?</w:t>
      </w:r>
    </w:p>
    <w:p>
      <w:r>
        <w:t>☐ Služba nabavke     ☐ Sektor koji iskazuje potrebu     ☐ Zajednički nabavka i sektor koji iskazuje potrebu     ☐ Zavisi od vrste nabavke     ☐ Drugo (navesti)</w:t>
      </w:r>
    </w:p>
    <w:p>
      <w:r>
        <w:t>Komentar / primer: __________________________________________________________</w:t>
      </w:r>
    </w:p>
    <w:p>
      <w:pPr>
        <w:pStyle w:val="Caption"/>
      </w:pPr>
      <w:r>
        <w:t>Interna referenca: S1-Q06  |  1.1.2  Model centralizovane/decentralizovane nabavke</w:t>
      </w:r>
    </w:p>
    <w:p>
      <w:pPr/>
      <w:r>
        <w:rPr>
          <w:b/>
          <w:color w:val="0D223F"/>
        </w:rPr>
        <w:t>C007  Da li postoje nabavne kategorije kojima različiti sektori upravljaju samostalno?</w:t>
      </w:r>
    </w:p>
    <w:p>
      <w:r>
        <w:t>☐ Da (navesti kategorije)     ☐ Ne</w:t>
      </w:r>
    </w:p>
    <w:p>
      <w:r>
        <w:t>Komentar / primer: __________________________________________________________</w:t>
      </w:r>
    </w:p>
    <w:p>
      <w:pPr>
        <w:pStyle w:val="Caption"/>
      </w:pPr>
      <w:r>
        <w:t>Interna referenca: S1-Q07  |  1.1.2  Model centralizovane/decentralizovane nabavke</w:t>
      </w:r>
    </w:p>
    <w:p>
      <w:pPr/>
      <w:r>
        <w:rPr>
          <w:b/>
          <w:color w:val="0D223F"/>
        </w:rPr>
        <w:t>C008  Da li postoje definisana pravila koja određuju koje nabavke sprovodi nabavka, a koje drugi sektori?</w:t>
      </w:r>
    </w:p>
    <w:p>
      <w:r>
        <w:t>☐ Da     ☐ Delimično     ☐ Ne</w:t>
      </w:r>
    </w:p>
    <w:p>
      <w:r>
        <w:t>Komentar / primer: __________________________________________________________</w:t>
      </w:r>
    </w:p>
    <w:p>
      <w:pPr>
        <w:pStyle w:val="Caption"/>
      </w:pPr>
      <w:r>
        <w:t>Interna referenca: S1-Q08  |  1.1.2  Model centralizovane/decentralizovane nabavke</w:t>
      </w:r>
    </w:p>
    <w:p>
      <w:pPr/>
      <w:r>
        <w:rPr>
          <w:b/>
          <w:color w:val="0D223F"/>
        </w:rPr>
        <w:t>C009  Koliko zaposlenih radi na poslovima nabavke?</w:t>
      </w:r>
    </w:p>
    <w:p>
      <w:r>
        <w:t>☐ Da     ☐ Delimično     ☐ Ne     ☐ Nije primenljivo     ☐ Nije poznato</w:t>
      </w:r>
    </w:p>
    <w:p>
      <w:r>
        <w:t>Komentar / primer: __________________________________________________________</w:t>
      </w:r>
    </w:p>
    <w:p>
      <w:pPr>
        <w:pStyle w:val="Caption"/>
      </w:pPr>
      <w:r>
        <w:t>Interna referenca: S1-Q09  |  1.1.3  Broj zaposlenih i raspodela zadataka</w:t>
      </w:r>
    </w:p>
    <w:p>
      <w:pPr/>
      <w:r>
        <w:rPr>
          <w:b/>
          <w:color w:val="0D223F"/>
        </w:rPr>
        <w:t>C010  Da li zaposleni koji rade na nabavci obavljaju i druge poslove?</w:t>
      </w:r>
    </w:p>
    <w:p>
      <w:r>
        <w:t>☐ Da (navesti koje)     ☐ Ne</w:t>
      </w:r>
    </w:p>
    <w:p>
      <w:r>
        <w:t>Komentar / primer: __________________________________________________________</w:t>
      </w:r>
    </w:p>
    <w:p>
      <w:pPr>
        <w:pStyle w:val="Caption"/>
      </w:pPr>
      <w:r>
        <w:t>Interna referenca: S1-Q10  |  1.1.3  Broj zaposlenih i raspodela zadataka</w:t>
      </w:r>
    </w:p>
    <w:p>
      <w:pPr/>
      <w:r>
        <w:rPr>
          <w:b/>
          <w:color w:val="0D223F"/>
        </w:rPr>
        <w:t>C011  Kako su raspodeljeni zadaci unutar funkcije nabavke?</w:t>
      </w:r>
    </w:p>
    <w:p>
      <w:r>
        <w:t>☐ Prema nabavnim kategorijama     ☐ Prema organizacionim jedinicama     ☐ Prema fazama procesa nabavke     ☐ Prema trenutnom opterećenju     ☐ Nije formalno definisano     ☐ Drugo (navesti)</w:t>
      </w:r>
    </w:p>
    <w:p>
      <w:r>
        <w:t>Komentar / primer: __________________________________________________________</w:t>
      </w:r>
    </w:p>
    <w:p>
      <w:pPr>
        <w:pStyle w:val="Caption"/>
      </w:pPr>
      <w:r>
        <w:t>Interna referenca: S1-Q11  |  1.1.3  Broj zaposlenih i raspodela zadataka</w:t>
      </w:r>
    </w:p>
    <w:p>
      <w:pPr/>
      <w:r>
        <w:rPr>
          <w:b/>
          <w:color w:val="0D223F"/>
        </w:rPr>
        <w:t>C012  Da li smatrate da postojeći broj zaposlenih omogućava pravovremeno izvršavanje nabavnih aktivnosti?</w:t>
      </w:r>
    </w:p>
    <w:p>
      <w:r>
        <w:t>☐ Da     ☐ Uglavnom da     ☐ Uglavnom ne     ☐ Ne</w:t>
      </w:r>
    </w:p>
    <w:p>
      <w:r>
        <w:t>Komentar / primer: __________________________________________________________</w:t>
      </w:r>
    </w:p>
    <w:p>
      <w:pPr>
        <w:pStyle w:val="Caption"/>
      </w:pPr>
      <w:r>
        <w:t>Interna referenca: S1-Q12  |  1.1.3  Broj zaposlenih i raspodela zadataka</w:t>
      </w:r>
    </w:p>
    <w:p>
      <w:pPr/>
      <w:r>
        <w:rPr>
          <w:b/>
          <w:color w:val="0D223F"/>
        </w:rPr>
        <w:t>C013  Da li postoje aktivnosti nabavke koje obavlja više organizacionih jedinica?</w:t>
      </w:r>
    </w:p>
    <w:p>
      <w:r>
        <w:t>☐ Da     ☐ Ne     ☐ Nije poznato</w:t>
      </w:r>
    </w:p>
    <w:p>
      <w:r>
        <w:t>Komentar / primer: __________________________________________________________</w:t>
      </w:r>
    </w:p>
    <w:p>
      <w:pPr>
        <w:pStyle w:val="Caption"/>
      </w:pPr>
      <w:r>
        <w:t>Interna referenca: S1-Q13  |  1.1.4  Analiza organizacione strukture i efikasnosti</w:t>
      </w:r>
    </w:p>
    <w:p>
      <w:pPr/>
      <w:r>
        <w:rPr>
          <w:b/>
          <w:color w:val="0D223F"/>
        </w:rPr>
        <w:t>C014  Da li dolazi do kašnjenja u realizaciji nabavki zbog organizacione strukture ili raspodele odgovornosti?</w:t>
      </w:r>
    </w:p>
    <w:p>
      <w:r>
        <w:t>☐ Često     ☐ Povremeno     ☐ Retko     ☐ Nikada</w:t>
      </w:r>
    </w:p>
    <w:p>
      <w:r>
        <w:t>Komentar / primer: __________________________________________________________</w:t>
      </w:r>
    </w:p>
    <w:p>
      <w:pPr>
        <w:pStyle w:val="Caption"/>
      </w:pPr>
      <w:r>
        <w:t>Interna referenca: S1-Q14  |  1.1.4  Analiza organizacione strukture i efikasnosti</w:t>
      </w:r>
    </w:p>
    <w:p>
      <w:pPr/>
      <w:r>
        <w:rPr>
          <w:b/>
          <w:color w:val="0D223F"/>
        </w:rPr>
        <w:t>C015  Koje organizacione probleme smatrate najvećim izazovima za efikasnost nabavke?</w:t>
      </w:r>
    </w:p>
    <w:p>
      <w:r>
        <w:t>☐ Da     ☐ Delimično     ☐ Ne     ☐ Nije primenljivo     ☐ Nije poznato</w:t>
      </w:r>
    </w:p>
    <w:p>
      <w:r>
        <w:t>Komentar / primer: __________________________________________________________</w:t>
      </w:r>
    </w:p>
    <w:p>
      <w:pPr>
        <w:pStyle w:val="Caption"/>
      </w:pPr>
      <w:r>
        <w:t>Interna referenca: S1-Q15  |  1.1.4  Analiza organizacione strukture i efikasnosti</w:t>
      </w:r>
    </w:p>
    <w:p>
      <w:pPr/>
      <w:r>
        <w:rPr>
          <w:b/>
          <w:color w:val="0D223F"/>
        </w:rPr>
        <w:t>C016  Da li postoje planirane promene organizacione strukture ili broja zaposlenih u nabavci?</w:t>
      </w:r>
    </w:p>
    <w:p>
      <w:r>
        <w:t>☐ Da (opisati planirane promene)     ☐ Ne</w:t>
      </w:r>
    </w:p>
    <w:p>
      <w:r>
        <w:t>Komentar / primer: __________________________________________________________</w:t>
      </w:r>
    </w:p>
    <w:p>
      <w:pPr>
        <w:pStyle w:val="Caption"/>
      </w:pPr>
      <w:r>
        <w:t>Interna referenca: S1-Q16  |  1.1.4  Analiza organizacione strukture i efikasnosti</w:t>
      </w:r>
    </w:p>
    <w:p>
      <w:pPr/>
      <w:r>
        <w:rPr>
          <w:b/>
          <w:color w:val="0D223F"/>
        </w:rPr>
        <w:t>C017  Da li su odgovornosti zaposlenih i organizacionih jedinica u procesu nabavke jasno definisane?</w:t>
      </w:r>
    </w:p>
    <w:p>
      <w:r>
        <w:t>☐ Da, pisanim dokumentom     ☐ Delimično     ☐ Ne</w:t>
      </w:r>
    </w:p>
    <w:p>
      <w:r>
        <w:t>Komentar / primer: __________________________________________________________</w:t>
      </w:r>
    </w:p>
    <w:p>
      <w:pPr>
        <w:pStyle w:val="Caption"/>
      </w:pPr>
      <w:r>
        <w:t>Interna referenca: S1-Q17  |  1.2.1  Postojanje definisanih odgovornosti</w:t>
      </w:r>
    </w:p>
    <w:p>
      <w:pPr/>
      <w:r>
        <w:rPr>
          <w:b/>
          <w:color w:val="0D223F"/>
        </w:rPr>
        <w:t>C018  Ko je odgovoran za pokretanje zahteva za nabavku?</w:t>
      </w:r>
    </w:p>
    <w:p>
      <w:r>
        <w:t>☐ Sektor koji iskazuje potrebu     ☐ Služba nabavke     ☐ Zajednički     ☐ Zavisi od nabavke     ☐ Nije definisano</w:t>
      </w:r>
    </w:p>
    <w:p>
      <w:r>
        <w:t>Komentar / primer: __________________________________________________________</w:t>
      </w:r>
    </w:p>
    <w:p>
      <w:pPr>
        <w:pStyle w:val="Caption"/>
      </w:pPr>
      <w:r>
        <w:t>Interna referenca: S1-Q18  |  1.2.1  Postojanje definisanih odgovornosti</w:t>
      </w:r>
    </w:p>
    <w:p>
      <w:pPr/>
      <w:r>
        <w:rPr>
          <w:b/>
          <w:color w:val="0D223F"/>
        </w:rPr>
        <w:t>C019  Ko donosi konačnu odluku o izboru dobavljača?</w:t>
      </w:r>
    </w:p>
    <w:p>
      <w:r>
        <w:t>☐ Nabavka     ☐ Rukovodilac sektora koji iskazuje potrebu     ☐ Komisija / zajedničko odlučivanje     ☐ Uprava / direktor     ☐ Zavisi od vrednosti ili kategorije     ☐ Nije definisano</w:t>
      </w:r>
    </w:p>
    <w:p>
      <w:r>
        <w:t>Komentar / primer: __________________________________________________________</w:t>
      </w:r>
    </w:p>
    <w:p>
      <w:pPr>
        <w:pStyle w:val="Caption"/>
      </w:pPr>
      <w:r>
        <w:t>Interna referenca: S1-Q19  |  1.2.1  Postojanje definisanih odgovornosti</w:t>
      </w:r>
    </w:p>
    <w:p>
      <w:pPr/>
      <w:r>
        <w:rPr>
          <w:b/>
          <w:color w:val="0D223F"/>
        </w:rPr>
        <w:t>C020  Da li postoje ažurni pisani opisi poslova za zaposlene koji obavljaju nabavku?</w:t>
      </w:r>
    </w:p>
    <w:p>
      <w:r>
        <w:t>☐ Za sve relevantne pozicije     ☐ Za neke pozicije     ☐ Ne</w:t>
      </w:r>
    </w:p>
    <w:p>
      <w:r>
        <w:t>Komentar / primer: __________________________________________________________</w:t>
      </w:r>
    </w:p>
    <w:p>
      <w:pPr>
        <w:pStyle w:val="Caption"/>
      </w:pPr>
      <w:r>
        <w:t>Interna referenca: S1-Q20  |  1.2.2  Analiza opisa poslova</w:t>
      </w:r>
    </w:p>
    <w:p>
      <w:pPr/>
      <w:r>
        <w:rPr>
          <w:b/>
          <w:color w:val="0D223F"/>
        </w:rPr>
        <w:t>C021  Da li opisi poslova odgovaraju stvarnim aktivnostima zaposlenih?</w:t>
      </w:r>
    </w:p>
    <w:p>
      <w:r>
        <w:t>☐ U potpunosti     ☐ Uglavnom     ☐ Delimično     ☐ Ne     ☐ Nije proveravano</w:t>
      </w:r>
    </w:p>
    <w:p>
      <w:r>
        <w:t>Komentar / primer: __________________________________________________________</w:t>
      </w:r>
    </w:p>
    <w:p>
      <w:pPr>
        <w:pStyle w:val="Caption"/>
      </w:pPr>
      <w:r>
        <w:t>Interna referenca: S1-Q21  |  1.2.2  Analiza opisa poslova</w:t>
      </w:r>
    </w:p>
    <w:p>
      <w:pPr/>
      <w:r>
        <w:rPr>
          <w:b/>
          <w:color w:val="0D223F"/>
        </w:rPr>
        <w:t>C022  Da li je za ključne korake nabavke definisano ko izvršava, ko odobrava, ko se konsultuje i ko se obaveštava?</w:t>
      </w:r>
    </w:p>
    <w:p>
      <w:r>
        <w:t>☐ Da, formalnom matricom     ☐ Delimično / neformalno     ☐ Ne</w:t>
      </w:r>
    </w:p>
    <w:p>
      <w:r>
        <w:t>Komentar / primer: __________________________________________________________</w:t>
      </w:r>
    </w:p>
    <w:p>
      <w:pPr>
        <w:pStyle w:val="Caption"/>
      </w:pPr>
      <w:r>
        <w:t>Interna referenca: S1-Q22  |  1.2.3  Analiza RACI matrice</w:t>
      </w:r>
    </w:p>
    <w:p>
      <w:pPr/>
      <w:r>
        <w:rPr>
          <w:b/>
          <w:color w:val="0D223F"/>
        </w:rPr>
        <w:t>C023  U kojim koracima nabavke najčešće dolazi do nejasnoća ili preklapanja odgovornosti?</w:t>
      </w:r>
    </w:p>
    <w:p>
      <w:r>
        <w:t>☐ Da     ☐ Delimično     ☐ Ne     ☐ Nije primenljivo     ☐ Nije poznato</w:t>
      </w:r>
    </w:p>
    <w:p>
      <w:r>
        <w:t>Komentar / primer: __________________________________________________________</w:t>
      </w:r>
    </w:p>
    <w:p>
      <w:pPr>
        <w:pStyle w:val="Caption"/>
      </w:pPr>
      <w:r>
        <w:t>Interna referenca: S1-Q23  |  1.2.3  Analiza RACI matrice</w:t>
      </w:r>
    </w:p>
    <w:p>
      <w:pPr/>
      <w:r>
        <w:rPr>
          <w:b/>
          <w:color w:val="0D223F"/>
        </w:rPr>
        <w:t>C024  Da li postoje pisana pravila o limitima odobravanja nabavki?</w:t>
      </w:r>
    </w:p>
    <w:p>
      <w:r>
        <w:t>☐ Da     ☐ Delimično     ☐ Ne</w:t>
      </w:r>
    </w:p>
    <w:p>
      <w:r>
        <w:t>Komentar / primer: __________________________________________________________</w:t>
      </w:r>
    </w:p>
    <w:p>
      <w:pPr>
        <w:pStyle w:val="Caption"/>
      </w:pPr>
      <w:r>
        <w:t>Interna referenca: S1-Q24  |  1.2.4  Analiza sistema ovlašćenja i odobravanja</w:t>
      </w:r>
    </w:p>
    <w:p>
      <w:pPr/>
      <w:r>
        <w:rPr>
          <w:b/>
          <w:color w:val="0D223F"/>
        </w:rPr>
        <w:t>C025  Da li se nivoi odobravanja razlikuju prema vrednosti ili vrsti nabavke?</w:t>
      </w:r>
    </w:p>
    <w:p>
      <w:r>
        <w:t>☐ Da     ☐ Ne     ☐ Nije poznato</w:t>
      </w:r>
    </w:p>
    <w:p>
      <w:r>
        <w:t>Komentar / primer: __________________________________________________________</w:t>
      </w:r>
    </w:p>
    <w:p>
      <w:pPr>
        <w:pStyle w:val="Caption"/>
      </w:pPr>
      <w:r>
        <w:t>Interna referenca: S1-Q25  |  1.2.4  Analiza sistema ovlašćenja i odobravanja</w:t>
      </w:r>
    </w:p>
    <w:p>
      <w:pPr/>
      <w:r>
        <w:rPr>
          <w:b/>
          <w:color w:val="0D223F"/>
        </w:rPr>
        <w:t>C026  Da li se u praksi dešava da odobravanje nabavki kasni zbog nejasnih ovlašćenja?</w:t>
      </w:r>
    </w:p>
    <w:p>
      <w:r>
        <w:t>☐ Često     ☐ Povremeno     ☐ Retko     ☐ Nikada</w:t>
      </w:r>
    </w:p>
    <w:p>
      <w:r>
        <w:t>Komentar / primer: __________________________________________________________</w:t>
      </w:r>
    </w:p>
    <w:p>
      <w:pPr>
        <w:pStyle w:val="Caption"/>
      </w:pPr>
      <w:r>
        <w:t>Interna referenca: S1-Q26  |  1.2.4  Analiza sistema ovlašćenja i odobravanja</w:t>
      </w:r>
    </w:p>
    <w:p>
      <w:pPr/>
      <w:r>
        <w:rPr>
          <w:b/>
          <w:color w:val="0D223F"/>
        </w:rPr>
        <w:t>C027  Da li zaposleni koji obavljaju nabavku imaju prethodno iskustvo ili obuku iz oblasti nabavke?</w:t>
      </w:r>
    </w:p>
    <w:p>
      <w:r>
        <w:t>☐ Većina zaposlenih     ☐ Deo zaposlenih     ☐ Niko / veoma mali broj     ☐ Nije poznato</w:t>
      </w:r>
    </w:p>
    <w:p>
      <w:r>
        <w:t>Komentar / primer: __________________________________________________________</w:t>
      </w:r>
    </w:p>
    <w:p>
      <w:pPr>
        <w:pStyle w:val="Caption"/>
      </w:pPr>
      <w:r>
        <w:t>Interna referenca: S1-Q27  |  1.3.1  Procena stručnih kompetencija zaposlenih</w:t>
      </w:r>
    </w:p>
    <w:p>
      <w:pPr/>
      <w:r>
        <w:rPr>
          <w:b/>
          <w:color w:val="0D223F"/>
        </w:rPr>
        <w:t>C028  U kojim oblastima je zaposlenima najpotrebnije dodatno usavršavanje?</w:t>
      </w:r>
    </w:p>
    <w:p>
      <w:r>
        <w:t>☐ Planiranje nabavke     ☐ Istraživanje tržišta     ☐ Pregovaranje     ☐ Upravljanje ugovorima     ☐ Upravljanje dobavljačima     ☐ Analiza podataka i troškova     ☐ Rad u informacionim sistemima</w:t>
      </w:r>
    </w:p>
    <w:p>
      <w:r>
        <w:t>Komentar / primer: __________________________________________________________</w:t>
      </w:r>
    </w:p>
    <w:p>
      <w:pPr>
        <w:pStyle w:val="Caption"/>
      </w:pPr>
      <w:r>
        <w:t>Interna referenca: S1-Q28  |  1.3.1  Procena stručnih kompetencija zaposlenih</w:t>
      </w:r>
    </w:p>
    <w:p>
      <w:pPr/>
      <w:r>
        <w:rPr>
          <w:b/>
          <w:color w:val="0D223F"/>
        </w:rPr>
        <w:t>C029  Da li postoje definisani zahtevi za znanjima i veštinama po pozicijama u nabavci?</w:t>
      </w:r>
    </w:p>
    <w:p>
      <w:r>
        <w:t>☐ Da     ☐ Delimično     ☐ Ne</w:t>
      </w:r>
    </w:p>
    <w:p>
      <w:r>
        <w:t>Komentar / primer: __________________________________________________________</w:t>
      </w:r>
    </w:p>
    <w:p>
      <w:pPr>
        <w:pStyle w:val="Caption"/>
      </w:pPr>
      <w:r>
        <w:t>Interna referenca: S1-Q29  |  1.3.2  Analiza potrebnih i raspoloživih kompetencija</w:t>
      </w:r>
    </w:p>
    <w:p>
      <w:pPr/>
      <w:r>
        <w:rPr>
          <w:b/>
          <w:color w:val="0D223F"/>
        </w:rPr>
        <w:t>C030  Da li je u poslednjih 12 meseci sprovedena procena kompetencija zaposlenih u nabavci?</w:t>
      </w:r>
    </w:p>
    <w:p>
      <w:r>
        <w:t>☐ Da     ☐ Delimično     ☐ Ne</w:t>
      </w:r>
    </w:p>
    <w:p>
      <w:r>
        <w:t>Komentar / primer: __________________________________________________________</w:t>
      </w:r>
    </w:p>
    <w:p>
      <w:pPr>
        <w:pStyle w:val="Caption"/>
      </w:pPr>
      <w:r>
        <w:t>Interna referenca: S1-Q30  |  1.3.2  Analiza potrebnih i raspoloživih kompetencija</w:t>
      </w:r>
    </w:p>
    <w:p>
      <w:pPr/>
      <w:r>
        <w:rPr>
          <w:b/>
          <w:color w:val="0D223F"/>
        </w:rPr>
        <w:t>C031  Koje ključne kompetencije trenutno nedostaju timu za nabavku?</w:t>
      </w:r>
    </w:p>
    <w:p>
      <w:r>
        <w:t>☐ Da     ☐ Delimično     ☐ Ne     ☐ Nije primenljivo     ☐ Nije poznato</w:t>
      </w:r>
    </w:p>
    <w:p>
      <w:r>
        <w:t>Komentar / primer: __________________________________________________________</w:t>
      </w:r>
    </w:p>
    <w:p>
      <w:pPr>
        <w:pStyle w:val="Caption"/>
      </w:pPr>
      <w:r>
        <w:t>Interna referenca: S1-Q31  |  1.3.2  Analiza potrebnih i raspoloživih kompetencija</w:t>
      </w:r>
    </w:p>
    <w:p>
      <w:pPr/>
      <w:r>
        <w:rPr>
          <w:b/>
          <w:color w:val="0D223F"/>
        </w:rPr>
        <w:t>C032  Da li postoje planirane promene obima posla u nabavci u narednih 12 meseci?</w:t>
      </w:r>
    </w:p>
    <w:p>
      <w:r>
        <w:t>☐ Značajan rast     ☐ Umeren rast     ☐ Bez značajne promene     ☐ Smanjenje     ☐ Nije poznato</w:t>
      </w:r>
    </w:p>
    <w:p>
      <w:r>
        <w:t>Komentar / primer: __________________________________________________________</w:t>
      </w:r>
    </w:p>
    <w:p>
      <w:pPr>
        <w:pStyle w:val="Caption"/>
      </w:pPr>
      <w:r>
        <w:t>Interna referenca: S1-Q32  |  1.3.3  Procena potreba za dodatnim kapacitetima</w:t>
      </w:r>
    </w:p>
    <w:p>
      <w:pPr/>
      <w:r>
        <w:rPr>
          <w:b/>
          <w:color w:val="0D223F"/>
        </w:rPr>
        <w:t>C033  Kako trenutno rešavate povećan obim nabavnih aktivnosti?</w:t>
      </w:r>
    </w:p>
    <w:p>
      <w:r>
        <w:t>☐ Preraspodelom poslova     ☐ Prekovremenim radom     ☐ Privremenim angažovanjem     ☐ Eksternom podrškom     ☐ Ne postoji definisan pristup</w:t>
      </w:r>
    </w:p>
    <w:p>
      <w:r>
        <w:t>Komentar / primer: __________________________________________________________</w:t>
      </w:r>
    </w:p>
    <w:p>
      <w:pPr>
        <w:pStyle w:val="Caption"/>
      </w:pPr>
      <w:r>
        <w:t>Interna referenca: S1-Q33  |  1.3.3  Procena potreba za dodatnim kapacitetima</w:t>
      </w:r>
    </w:p>
    <w:p>
      <w:pPr/>
      <w:r>
        <w:rPr>
          <w:b/>
          <w:color w:val="0D223F"/>
        </w:rPr>
        <w:t>C034  Da li kompanija ima formalno definisanu strategiju nabavke?</w:t>
      </w:r>
    </w:p>
    <w:p>
      <w:r>
        <w:t>☐ Da, pisanu i usvojenu     ☐ Postoje pojedinačni planovi ili smernice     ☐ Ne</w:t>
      </w:r>
    </w:p>
    <w:p>
      <w:r>
        <w:t>Komentar / primer: __________________________________________________________</w:t>
      </w:r>
    </w:p>
    <w:p>
      <w:pPr>
        <w:pStyle w:val="Caption"/>
      </w:pPr>
      <w:r>
        <w:t>Interna referenca: S1-Q34  |  1.4.1  Postojanje strategije nabavke</w:t>
      </w:r>
    </w:p>
    <w:p>
      <w:pPr/>
      <w:r>
        <w:rPr>
          <w:b/>
          <w:color w:val="0D223F"/>
        </w:rPr>
        <w:t>C035  Za koji period je definisana strategija nabavke?</w:t>
      </w:r>
    </w:p>
    <w:p>
      <w:r>
        <w:t>☐ Do jedne godine     ☐ Od jedne do tri godine     ☐ Više od tri godine     ☐ Nije primenljivo</w:t>
      </w:r>
    </w:p>
    <w:p>
      <w:r>
        <w:t>Komentar / primer: __________________________________________________________</w:t>
      </w:r>
    </w:p>
    <w:p>
      <w:pPr>
        <w:pStyle w:val="Caption"/>
      </w:pPr>
      <w:r>
        <w:t>Interna referenca: S1-Q35  |  1.4.1  Postojanje strategije nabavke</w:t>
      </w:r>
    </w:p>
    <w:p>
      <w:pPr/>
      <w:r>
        <w:rPr>
          <w:b/>
          <w:color w:val="0D223F"/>
        </w:rPr>
        <w:t>C036  Da li su ciljevi nabavke formalno definisani i saopšteni relevantnim zaposlenima?</w:t>
      </w:r>
    </w:p>
    <w:p>
      <w:r>
        <w:t>☐ Da     ☐ Delimično     ☐ Ne</w:t>
      </w:r>
    </w:p>
    <w:p>
      <w:r>
        <w:t>Komentar / primer: __________________________________________________________</w:t>
      </w:r>
    </w:p>
    <w:p>
      <w:pPr>
        <w:pStyle w:val="Caption"/>
      </w:pPr>
      <w:r>
        <w:t>Interna referenca: S1-Q36  |  1.4.1  Postojanje strategije nabavke</w:t>
      </w:r>
    </w:p>
    <w:p>
      <w:pPr/>
      <w:r>
        <w:rPr>
          <w:b/>
          <w:color w:val="0D223F"/>
        </w:rPr>
        <w:t>C037  Da li su ciljevi nabavke povezani sa poslovnim ciljevima kompanije?</w:t>
      </w:r>
    </w:p>
    <w:p>
      <w:r>
        <w:t>☐ Da, formalno     ☐ Delimično / neformalno     ☐ Ne     ☐ Nije poznato</w:t>
      </w:r>
    </w:p>
    <w:p>
      <w:r>
        <w:t>Komentar / primer: __________________________________________________________</w:t>
      </w:r>
    </w:p>
    <w:p>
      <w:pPr>
        <w:pStyle w:val="Caption"/>
      </w:pPr>
      <w:r>
        <w:t>Interna referenca: S1-Q37  |  1.4.2  Usklađenost strategije nabavke sa ciljevima kompanije</w:t>
      </w:r>
    </w:p>
    <w:p>
      <w:pPr/>
      <w:r>
        <w:rPr>
          <w:b/>
          <w:color w:val="0D223F"/>
        </w:rPr>
        <w:t>C038  Koji poslovni ciljevi imaju najveći uticaj na nabavku?</w:t>
      </w:r>
    </w:p>
    <w:p>
      <w:r>
        <w:t>☐ Smanjenje troškova     ☐ Sigurnost snabdevanja     ☐ Kvalitet     ☐ Rast i razvoj poslovanja     ☐ Obrtni kapital     ☐ Održivost     ☐ Drugo (navesti)</w:t>
      </w:r>
    </w:p>
    <w:p>
      <w:r>
        <w:t>Komentar / primer: __________________________________________________________</w:t>
      </w:r>
    </w:p>
    <w:p>
      <w:pPr>
        <w:pStyle w:val="Caption"/>
      </w:pPr>
      <w:r>
        <w:t>Interna referenca: S1-Q38  |  1.4.2  Usklađenost strategije nabavke sa ciljevima kompanije</w:t>
      </w:r>
    </w:p>
    <w:p>
      <w:pPr/>
      <w:r>
        <w:rPr>
          <w:b/>
          <w:color w:val="0D223F"/>
        </w:rPr>
        <w:t>C039  U kojoj fazi se nabavka najčešće uključuje u veće projekte i investicije?</w:t>
      </w:r>
    </w:p>
    <w:p>
      <w:r>
        <w:t>☐ Tokom planiranja     ☐ Tokom pripreme specifikacije     ☐ Tek prilikom traženja ponuda     ☐ Nakon izbora dobavljača     ☐ Zavisi od projekta</w:t>
      </w:r>
    </w:p>
    <w:p>
      <w:r>
        <w:t>Komentar / primer: __________________________________________________________</w:t>
      </w:r>
    </w:p>
    <w:p>
      <w:pPr>
        <w:pStyle w:val="Caption"/>
      </w:pPr>
      <w:r>
        <w:t>Interna referenca: S1-Q39  |  1.4.3  Uključenost nabavke u donošenje poslovnih odluka</w:t>
      </w:r>
    </w:p>
    <w:p>
      <w:pPr/>
      <w:r>
        <w:rPr>
          <w:b/>
          <w:color w:val="0D223F"/>
        </w:rPr>
        <w:t>C040  Da li predstavnik nabavke učestvuje na redovnim sastancima planiranja sa drugim sektorima?</w:t>
      </w:r>
    </w:p>
    <w:p>
      <w:r>
        <w:t>☐ Redovno     ☐ Povremeno     ☐ Retko     ☐ Nikada</w:t>
      </w:r>
    </w:p>
    <w:p>
      <w:r>
        <w:t>Komentar / primer: __________________________________________________________</w:t>
      </w:r>
    </w:p>
    <w:p>
      <w:pPr>
        <w:pStyle w:val="Caption"/>
      </w:pPr>
      <w:r>
        <w:t>Interna referenca: S1-Q40  |  1.4.3  Uključenost nabavke u donošenje poslovnih odluka</w:t>
      </w:r>
    </w:p>
    <w:p>
      <w:pPr/>
      <w:r>
        <w:rPr>
          <w:b/>
          <w:color w:val="0D223F"/>
        </w:rPr>
        <w:t>C041  Koliko je ukupan broj zaposlenih u kompaniji na dan izveštavanja?</w:t>
      </w:r>
    </w:p>
    <w:p>
      <w:r>
        <w:t>☐ Da     ☐ Delimično     ☐ Ne     ☐ Nije primenljivo     ☐ Nije poznato</w:t>
      </w:r>
    </w:p>
    <w:p>
      <w:r>
        <w:t>Komentar / primer: __________________________________________________________</w:t>
      </w:r>
    </w:p>
    <w:p>
      <w:pPr>
        <w:pStyle w:val="Caption"/>
      </w:pPr>
      <w:r>
        <w:t>Interna referenca: S1-Q41  |  1.5.1  Odnos broja zaposlenih u nabavci i ukupnog broja zaposlenih</w:t>
      </w:r>
    </w:p>
    <w:p>
      <w:pPr/>
      <w:r>
        <w:rPr>
          <w:b/>
          <w:color w:val="0D223F"/>
        </w:rPr>
        <w:t>C042  Koliko zaposlenih radi na nabavci, izraženo u ekvivalentu punog radnog vremena (FTE), ako je podatak dostupan?</w:t>
      </w:r>
    </w:p>
    <w:p>
      <w:r>
        <w:t>☐ Da     ☐ Delimično     ☐ Ne     ☐ Nije primenljivo     ☐ Nije poznato</w:t>
      </w:r>
    </w:p>
    <w:p>
      <w:r>
        <w:t>Komentar / primer: __________________________________________________________</w:t>
      </w:r>
    </w:p>
    <w:p>
      <w:pPr>
        <w:pStyle w:val="Caption"/>
      </w:pPr>
      <w:r>
        <w:t>Interna referenca: S1-Q42  |  1.5.1  Odnos broja zaposlenih u nabavci i ukupnog broja zaposlenih</w:t>
      </w:r>
    </w:p>
    <w:p>
      <w:pPr/>
      <w:r>
        <w:rPr>
          <w:b/>
          <w:color w:val="0D223F"/>
        </w:rPr>
        <w:t>C043  Kolika je ukupna vrednost nabavki kompanije u poslednjoj završenoj poslovnoj godini (RSD ili EUR)?</w:t>
      </w:r>
    </w:p>
    <w:p>
      <w:r>
        <w:t>☐ Da     ☐ Delimično     ☐ Ne     ☐ Nije primenljivo     ☐ Nije poznato</w:t>
      </w:r>
    </w:p>
    <w:p>
      <w:r>
        <w:t>Komentar / primer: __________________________________________________________</w:t>
      </w:r>
    </w:p>
    <w:p>
      <w:pPr>
        <w:pStyle w:val="Caption"/>
      </w:pPr>
      <w:r>
        <w:t>Interna referenca: S1-Q43  |  1.5.2  Godišnja vrednost nabavke po zaposlenom u nabavci</w:t>
      </w:r>
    </w:p>
    <w:p>
      <w:pPr/>
      <w:r>
        <w:rPr>
          <w:b/>
          <w:color w:val="0D223F"/>
        </w:rPr>
        <w:t>C044  Na koju poslovnu godinu se odnosi navedena vrednost?</w:t>
      </w:r>
    </w:p>
    <w:p>
      <w:r>
        <w:t>☐ Da     ☐ Delimično     ☐ Ne     ☐ Nije primenljivo     ☐ Nije poznato</w:t>
      </w:r>
    </w:p>
    <w:p>
      <w:r>
        <w:t>Komentar / primer: __________________________________________________________</w:t>
      </w:r>
    </w:p>
    <w:p>
      <w:pPr>
        <w:pStyle w:val="Caption"/>
      </w:pPr>
      <w:r>
        <w:t>Interna referenca: S1-Q44  |  1.5.2  Godišnja vrednost nabavke po zaposlenom u nabavci</w:t>
      </w:r>
    </w:p>
    <w:p>
      <w:pPr/>
      <w:r>
        <w:rPr>
          <w:b/>
          <w:color w:val="0D223F"/>
        </w:rPr>
        <w:t>C045  Da li se organizacija funkcije nabavke periodično preispituje i unapređuje?</w:t>
      </w:r>
    </w:p>
    <w:p>
      <w:r>
        <w:t>☐ Da, prema definisanom planu     ☐ Povremeno, po potrebi     ☐ Ne</w:t>
      </w:r>
    </w:p>
    <w:p>
      <w:r>
        <w:t>Komentar / primer: __________________________________________________________</w:t>
      </w:r>
    </w:p>
    <w:p>
      <w:pPr>
        <w:pStyle w:val="Caption"/>
      </w:pPr>
      <w:r>
        <w:t>Interna referenca: S1-Q45  |  1.5.3  Indeks organizacione zrelosti nabavke</w:t>
      </w:r>
    </w:p>
    <w:p>
      <w:pPr/>
      <w:r>
        <w:rPr>
          <w:b/>
          <w:color w:val="0D223F"/>
        </w:rPr>
        <w:t>C046  Da li postoje dokumentovani primeri unapređenja organizacije nabavke u poslednjih 12 meseci?</w:t>
      </w:r>
    </w:p>
    <w:p>
      <w:r>
        <w:t>☐ Da     ☐ Ne     ☐ Nije poznato</w:t>
      </w:r>
    </w:p>
    <w:p>
      <w:r>
        <w:t>Komentar / primer: __________________________________________________________</w:t>
      </w:r>
    </w:p>
    <w:p>
      <w:pPr>
        <w:pStyle w:val="Caption"/>
      </w:pPr>
      <w:r>
        <w:t>Interna referenca: S1-Q46  |  1.5.3  Indeks organizacione zrelosti nabavke</w:t>
      </w:r>
    </w:p>
    <w:p>
      <w:pPr/>
      <w:r>
        <w:rPr>
          <w:b/>
          <w:color w:val="0D223F"/>
        </w:rPr>
        <w:t>C047  Da li su odgovornosti i limiti ovlašćenja dostupni svim zaposlenima uključenim u nabavku?</w:t>
      </w:r>
    </w:p>
    <w:p>
      <w:r>
        <w:t>☐ Da     ☐ Delimično     ☐ Ne</w:t>
      </w:r>
    </w:p>
    <w:p>
      <w:r>
        <w:t>Komentar / primer: __________________________________________________________</w:t>
      </w:r>
    </w:p>
    <w:p>
      <w:pPr>
        <w:pStyle w:val="Caption"/>
      </w:pPr>
      <w:r>
        <w:t>Interna referenca: S1-Q47  |  1.5.4  Indeks jasnoće odgovornosti i ovlašćenja</w:t>
      </w:r>
    </w:p>
    <w:p>
      <w:pPr/>
      <w:r>
        <w:rPr>
          <w:b/>
          <w:color w:val="0D223F"/>
        </w:rPr>
        <w:t>C048  Da li su u poslednjih 12 meseci zabeleženi sporovi ili zastoji zbog nejasnih odgovornosti ili ovlašćenja?</w:t>
      </w:r>
    </w:p>
    <w:p>
      <w:r>
        <w:t>☐ Da, više puta     ☐ Da, sporadično     ☐ Ne     ☐ Nije poznato     ☐ Organizaciona šema kompanije i funkcije nabavke     ☐ Opisi poslova zaposlenih u nabavci     ☐ Matrica odgovornosti (RACI) i matrica ovlašćenja</w:t>
      </w:r>
    </w:p>
    <w:p>
      <w:r>
        <w:t>Komentar / primer: __________________________________________________________</w:t>
      </w:r>
    </w:p>
    <w:p>
      <w:pPr>
        <w:pStyle w:val="Caption"/>
      </w:pPr>
      <w:r>
        <w:t>Interna referenca: S1-Q48  |  1.5.4  Indeks jasnoće odgovornosti i ovlašćenja</w:t>
      </w:r>
    </w:p>
    <w:p>
      <w:pPr>
        <w:pStyle w:val="Heading1"/>
      </w:pPr>
      <w:r>
        <w:t>2. Procesi, procedure i interna kontrola</w:t>
      </w:r>
    </w:p>
    <w:p>
      <w:pPr/>
      <w:r>
        <w:rPr>
          <w:b/>
          <w:color w:val="0D223F"/>
        </w:rPr>
        <w:t>C049  Da li je proces nabavke standardizovan i dokumentovan?</w:t>
      </w:r>
    </w:p>
    <w:p>
      <w:r>
        <w:t>☐ Da     ☐ Delimično     ☐ Ne</w:t>
      </w:r>
    </w:p>
    <w:p>
      <w:r>
        <w:t>Komentar / primer: __________________________________________________________</w:t>
      </w:r>
    </w:p>
    <w:p>
      <w:pPr>
        <w:pStyle w:val="Caption"/>
      </w:pPr>
      <w:r>
        <w:t>Interna referenca: S2-Q01  |  2.1.1  Postojanje standardizovanog procesa nabavke</w:t>
      </w:r>
    </w:p>
    <w:p>
      <w:pPr/>
      <w:r>
        <w:rPr>
          <w:b/>
          <w:color w:val="0D223F"/>
        </w:rPr>
        <w:t>C050  Koje faze obuhvata standardizovani proces?</w:t>
      </w:r>
    </w:p>
    <w:p>
      <w:r>
        <w:t>☐ Od zahteva do plaćanja     ☐ Od zahteva do ugovora/PO     ☐ Samo pojedine faze     ☐ Nije poznato</w:t>
      </w:r>
    </w:p>
    <w:p>
      <w:r>
        <w:t>Komentar / primer: __________________________________________________________</w:t>
      </w:r>
    </w:p>
    <w:p>
      <w:pPr>
        <w:pStyle w:val="Caption"/>
      </w:pPr>
      <w:r>
        <w:t>Interna referenca: S2-Q02  |  2.1.1  Postojanje standardizovanog procesa nabavke</w:t>
      </w:r>
    </w:p>
    <w:p>
      <w:pPr/>
      <w:r>
        <w:rPr>
          <w:b/>
          <w:color w:val="0D223F"/>
        </w:rPr>
        <w:t>C051  Kako se iskazuju i planiraju nabavne potrebe?</w:t>
      </w:r>
    </w:p>
    <w:p>
      <w:r>
        <w:t>☐ Godišnji plan i redovna ažuriranja     ☐ Periodični plan     ☐ Ad hoc zahtevi     ☐ Nije definisano</w:t>
      </w:r>
    </w:p>
    <w:p>
      <w:r>
        <w:t>Komentar / primer: __________________________________________________________</w:t>
      </w:r>
    </w:p>
    <w:p>
      <w:pPr>
        <w:pStyle w:val="Caption"/>
      </w:pPr>
      <w:r>
        <w:t>Interna referenca: S2-Q03  |  2.1.2  Definisanje i planiranje nabavnih potreba</w:t>
      </w:r>
    </w:p>
    <w:p>
      <w:pPr/>
      <w:r>
        <w:rPr>
          <w:b/>
          <w:color w:val="0D223F"/>
        </w:rPr>
        <w:t>C052  Da li se plan nabavke usaglašava sa budžetom?</w:t>
      </w:r>
    </w:p>
    <w:p>
      <w:r>
        <w:t>☐ Da redovno     ☐ Povremeno     ☐ Ne</w:t>
      </w:r>
    </w:p>
    <w:p>
      <w:r>
        <w:t>Komentar / primer: __________________________________________________________</w:t>
      </w:r>
    </w:p>
    <w:p>
      <w:pPr>
        <w:pStyle w:val="Caption"/>
      </w:pPr>
      <w:r>
        <w:t>Interna referenca: S2-Q04  |  2.1.2  Definisanje i planiranje nabavnih potreba</w:t>
      </w:r>
    </w:p>
    <w:p>
      <w:pPr/>
      <w:r>
        <w:rPr>
          <w:b/>
          <w:color w:val="0D223F"/>
        </w:rPr>
        <w:t>C053  Kako se sprovodi istraživanje tržišta pre pokretanja nabavke?</w:t>
      </w:r>
    </w:p>
    <w:p>
      <w:r>
        <w:t>☐ Po utvrđenoj metodologiji     ☐ Povremeno     ☐ Neformalno     ☐ Ne sprovodi se</w:t>
      </w:r>
    </w:p>
    <w:p>
      <w:r>
        <w:t>Komentar / primer: __________________________________________________________</w:t>
      </w:r>
    </w:p>
    <w:p>
      <w:pPr>
        <w:pStyle w:val="Caption"/>
      </w:pPr>
      <w:r>
        <w:t>Interna referenca: S2-Q05  |  2.1.3  Proces istraživanja tržišta</w:t>
      </w:r>
    </w:p>
    <w:p>
      <w:pPr/>
      <w:r>
        <w:rPr>
          <w:b/>
          <w:color w:val="0D223F"/>
        </w:rPr>
        <w:t>C054  Da li su pravila prikupljanja i ocenjivanja ponuda definisana?</w:t>
      </w:r>
    </w:p>
    <w:p>
      <w:r>
        <w:t>☐ Da i dosledno se primenjuju     ☐ Definisana ali ne uvek     ☐ Delimično     ☐ Ne</w:t>
      </w:r>
    </w:p>
    <w:p>
      <w:r>
        <w:t>Komentar / primer: __________________________________________________________</w:t>
      </w:r>
    </w:p>
    <w:p>
      <w:pPr>
        <w:pStyle w:val="Caption"/>
      </w:pPr>
      <w:r>
        <w:t>Interna referenca: S2-Q06  |  2.1.4  Proces prikupljanja i evaluacije ponuda</w:t>
      </w:r>
    </w:p>
    <w:p>
      <w:pPr/>
      <w:r>
        <w:rPr>
          <w:b/>
          <w:color w:val="0D223F"/>
        </w:rPr>
        <w:t>C055  Da li su kriterijumi evaluacije poznati pre prijema ponuda?</w:t>
      </w:r>
    </w:p>
    <w:p>
      <w:r>
        <w:t>☐ Uvek     ☐ Uglavnom     ☐ Povremeno     ☐ Ne</w:t>
      </w:r>
    </w:p>
    <w:p>
      <w:r>
        <w:t>Komentar / primer: __________________________________________________________</w:t>
      </w:r>
    </w:p>
    <w:p>
      <w:pPr>
        <w:pStyle w:val="Caption"/>
      </w:pPr>
      <w:r>
        <w:t>Interna referenca: S2-Q07  |  2.1.4  Proces prikupljanja i evaluacije ponuda</w:t>
      </w:r>
    </w:p>
    <w:p>
      <w:pPr/>
      <w:r>
        <w:rPr>
          <w:b/>
          <w:color w:val="0D223F"/>
        </w:rPr>
        <w:t>C056  Kako se dokumentuju pregovori i odluka o izboru dobavljača?</w:t>
      </w:r>
    </w:p>
    <w:p>
      <w:r>
        <w:t>☐ Standardizovano     ☐ Delimično     ☐ Neformalno     ☐ Ne dokumentuju se</w:t>
      </w:r>
    </w:p>
    <w:p>
      <w:r>
        <w:t>Komentar / primer: __________________________________________________________</w:t>
      </w:r>
    </w:p>
    <w:p>
      <w:pPr>
        <w:pStyle w:val="Caption"/>
      </w:pPr>
      <w:r>
        <w:t>Interna referenca: S2-Q08  |  2.1.5  Proces pregovaranja i izbora dobavljača</w:t>
      </w:r>
    </w:p>
    <w:p>
      <w:pPr/>
      <w:r>
        <w:rPr>
          <w:b/>
          <w:color w:val="0D223F"/>
        </w:rPr>
        <w:t>C057  Ko formalno potvrđuje konačan izbor dobavljača?</w:t>
      </w:r>
    </w:p>
    <w:p>
      <w:r>
        <w:t>☐ Nabavka     ☐ Komisija     ☐ Rukovodilac po matrici ovlašćenja     ☐ Nije definisano     ☐ Drugo</w:t>
      </w:r>
    </w:p>
    <w:p>
      <w:r>
        <w:t>Komentar / primer: __________________________________________________________</w:t>
      </w:r>
    </w:p>
    <w:p>
      <w:pPr>
        <w:pStyle w:val="Caption"/>
      </w:pPr>
      <w:r>
        <w:t>Interna referenca: S2-Q09  |  2.1.5  Proces pregovaranja i izbora dobavljača</w:t>
      </w:r>
    </w:p>
    <w:p>
      <w:pPr/>
      <w:r>
        <w:rPr>
          <w:b/>
          <w:color w:val="0D223F"/>
        </w:rPr>
        <w:t>C058  Kako se kreiraju i odobravaju narudžbenice?</w:t>
      </w:r>
    </w:p>
    <w:p>
      <w:r>
        <w:t>☐ Elektronski po pravilima     ☐ Ručno po pravilima     ☐ Nedosledno     ☐ Bez definisanog procesa</w:t>
      </w:r>
    </w:p>
    <w:p>
      <w:r>
        <w:t>Komentar / primer: __________________________________________________________</w:t>
      </w:r>
    </w:p>
    <w:p>
      <w:pPr>
        <w:pStyle w:val="Caption"/>
      </w:pPr>
      <w:r>
        <w:t>Interna referenca: S2-Q10  |  2.1.6  Proces kreiranja i odobravanja narudžbenica</w:t>
      </w:r>
    </w:p>
    <w:p>
      <w:pPr/>
      <w:r>
        <w:rPr>
          <w:b/>
          <w:color w:val="0D223F"/>
        </w:rPr>
        <w:t>C059  Da li se pre plaćanja usklađuju narudžbenica, prijem i faktura?</w:t>
      </w:r>
    </w:p>
    <w:p>
      <w:r>
        <w:t>☐ Uvek     ☐ Uglavnom     ☐ Povremeno     ☐ Ne</w:t>
      </w:r>
    </w:p>
    <w:p>
      <w:r>
        <w:t>Komentar / primer: __________________________________________________________</w:t>
      </w:r>
    </w:p>
    <w:p>
      <w:pPr>
        <w:pStyle w:val="Caption"/>
      </w:pPr>
      <w:r>
        <w:t>Interna referenca: S2-Q11  |  2.1.7  Proces prijema robe/usluga i fakturisanja</w:t>
      </w:r>
    </w:p>
    <w:p>
      <w:pPr/>
      <w:r>
        <w:rPr>
          <w:b/>
          <w:color w:val="0D223F"/>
        </w:rPr>
        <w:t>C060  Da li postoji aktuelna mapa procesa od potrebe do plaćanja?</w:t>
      </w:r>
    </w:p>
    <w:p>
      <w:r>
        <w:t>☐ Da i redovno se ažurira     ☐ Da ali nije aktuelna     ☐ Delimično     ☐ Ne</w:t>
      </w:r>
    </w:p>
    <w:p>
      <w:r>
        <w:t>Komentar / primer: __________________________________________________________</w:t>
      </w:r>
    </w:p>
    <w:p>
      <w:pPr>
        <w:pStyle w:val="Caption"/>
      </w:pPr>
      <w:r>
        <w:t>Interna referenca: S2-Q12  |  2.1.8  Mapiranje kompletnog procesa nabavke</w:t>
      </w:r>
    </w:p>
    <w:p>
      <w:pPr/>
      <w:r>
        <w:rPr>
          <w:b/>
          <w:color w:val="0D223F"/>
        </w:rPr>
        <w:t>C061  Da li kompanija ima usvojenu politiku nabavke?</w:t>
      </w:r>
    </w:p>
    <w:p>
      <w:r>
        <w:t>☐ Da     ☐ U pripremi     ☐ Ne</w:t>
      </w:r>
    </w:p>
    <w:p>
      <w:r>
        <w:t>Komentar / primer: __________________________________________________________</w:t>
      </w:r>
    </w:p>
    <w:p>
      <w:pPr>
        <w:pStyle w:val="Caption"/>
      </w:pPr>
      <w:r>
        <w:t>Interna referenca: S2-Q13  |  2.2.1  Postojanje politike nabavke</w:t>
      </w:r>
    </w:p>
    <w:p>
      <w:pPr/>
      <w:r>
        <w:rPr>
          <w:b/>
          <w:color w:val="0D223F"/>
        </w:rPr>
        <w:t>C062  Da li postoje pisane procedure za ključne nabavne aktivnosti?</w:t>
      </w:r>
    </w:p>
    <w:p>
      <w:r>
        <w:t>☐ Da za sve     ☐ Da za deo aktivnosti     ☐ Ne</w:t>
      </w:r>
    </w:p>
    <w:p>
      <w:r>
        <w:t>Komentar / primer: __________________________________________________________</w:t>
      </w:r>
    </w:p>
    <w:p>
      <w:pPr>
        <w:pStyle w:val="Caption"/>
      </w:pPr>
      <w:r>
        <w:t>Interna referenca: S2-Q14  |  2.2.2  Postojanje procedura nabavke</w:t>
      </w:r>
    </w:p>
    <w:p>
      <w:pPr/>
      <w:r>
        <w:rPr>
          <w:b/>
          <w:color w:val="0D223F"/>
        </w:rPr>
        <w:t>C063  Da li su zaposleni upoznati sa važećim procedurama?</w:t>
      </w:r>
    </w:p>
    <w:p>
      <w:r>
        <w:t>☐ Da sistemski     ☐ Delimično     ☐ Ne</w:t>
      </w:r>
    </w:p>
    <w:p>
      <w:r>
        <w:t>Komentar / primer: __________________________________________________________</w:t>
      </w:r>
    </w:p>
    <w:p>
      <w:pPr>
        <w:pStyle w:val="Caption"/>
      </w:pPr>
      <w:r>
        <w:t>Interna referenca: S2-Q15  |  2.2.2  Postojanje procedura nabavke</w:t>
      </w:r>
    </w:p>
    <w:p>
      <w:pPr/>
      <w:r>
        <w:rPr>
          <w:b/>
          <w:color w:val="0D223F"/>
        </w:rPr>
        <w:t>C064  Kada su procedure poslednji put revidirane i da li odražavaju stvarnu praksu?</w:t>
      </w:r>
    </w:p>
    <w:p>
      <w:r>
        <w:t>☐ U poslednjih 12 meseci i primenljive     ☐ Starije ali primenljive     ☐ Delimično primenljive     ☐ Neprimenljive ili ne postoje</w:t>
      </w:r>
    </w:p>
    <w:p>
      <w:r>
        <w:t>Komentar / primer: __________________________________________________________</w:t>
      </w:r>
    </w:p>
    <w:p>
      <w:pPr>
        <w:pStyle w:val="Caption"/>
      </w:pPr>
      <w:r>
        <w:t>Interna referenca: S2-Q16  |  2.2.3  Procena kvaliteta i primenljivosti procedura</w:t>
      </w:r>
    </w:p>
    <w:p>
      <w:pPr/>
      <w:r>
        <w:rPr>
          <w:b/>
          <w:color w:val="0D223F"/>
        </w:rPr>
        <w:t>C065  Koliko se dosledno procedure primenjuju u svakodnevnom radu?</w:t>
      </w:r>
    </w:p>
    <w:p>
      <w:r>
        <w:t>☐ Uvek     ☐ Uglavnom     ☐ Povremeno     ☐ Retko ili nikada</w:t>
      </w:r>
    </w:p>
    <w:p>
      <w:r>
        <w:t>Komentar / primer: __________________________________________________________</w:t>
      </w:r>
    </w:p>
    <w:p>
      <w:pPr>
        <w:pStyle w:val="Caption"/>
      </w:pPr>
      <w:r>
        <w:t>Interna referenca: S2-Q17  |  2.2.4  Usklađenost prakse sa propisanim procedurama</w:t>
      </w:r>
    </w:p>
    <w:p>
      <w:pPr/>
      <w:r>
        <w:rPr>
          <w:b/>
          <w:color w:val="0D223F"/>
        </w:rPr>
        <w:t>C066  Da li se odstupanja od procedura dokumentuju i odobravaju?</w:t>
      </w:r>
    </w:p>
    <w:p>
      <w:r>
        <w:t>☐ Uvek     ☐ Uglavnom     ☐ Povremeno     ☐ Ne</w:t>
      </w:r>
    </w:p>
    <w:p>
      <w:r>
        <w:t>Komentar / primer: __________________________________________________________</w:t>
      </w:r>
    </w:p>
    <w:p>
      <w:pPr>
        <w:pStyle w:val="Caption"/>
      </w:pPr>
      <w:r>
        <w:t>Interna referenca: S2-Q18  |  2.2.4  Usklađenost prakse sa propisanim procedurama</w:t>
      </w:r>
    </w:p>
    <w:p>
      <w:pPr/>
      <w:r>
        <w:rPr>
          <w:b/>
          <w:color w:val="0D223F"/>
        </w:rPr>
        <w:t>C067  Da li postoji formalna matrica ovlašćenja i odobravanja nabavki?</w:t>
      </w:r>
    </w:p>
    <w:p>
      <w:r>
        <w:t>☐ Da     ☐ Delimično     ☐ Ne</w:t>
      </w:r>
    </w:p>
    <w:p>
      <w:r>
        <w:t>Komentar / primer: __________________________________________________________</w:t>
      </w:r>
    </w:p>
    <w:p>
      <w:pPr>
        <w:pStyle w:val="Caption"/>
      </w:pPr>
      <w:r>
        <w:t>Interna referenca: S2-Q19  |  2.3.1  Postojanje sistema odobravanja</w:t>
      </w:r>
    </w:p>
    <w:p>
      <w:pPr/>
      <w:r>
        <w:rPr>
          <w:b/>
          <w:color w:val="0D223F"/>
        </w:rPr>
        <w:t>C068  Da li se limiti odobravanja razlikuju prema vrednosti ili riziku nabavke?</w:t>
      </w:r>
    </w:p>
    <w:p>
      <w:r>
        <w:t>☐ Da     ☐ Delimično     ☐ Ne</w:t>
      </w:r>
    </w:p>
    <w:p>
      <w:r>
        <w:t>Komentar / primer: __________________________________________________________</w:t>
      </w:r>
    </w:p>
    <w:p>
      <w:pPr>
        <w:pStyle w:val="Caption"/>
      </w:pPr>
      <w:r>
        <w:t>Interna referenca: S2-Q20  |  2.3.1  Postojanje sistema odobravanja</w:t>
      </w:r>
    </w:p>
    <w:p>
      <w:pPr/>
      <w:r>
        <w:rPr>
          <w:b/>
          <w:color w:val="0D223F"/>
        </w:rPr>
        <w:t>C069  Da li su iniciranje, odobravanje, izbor i prijem razdvojeni između odgovornih lica?</w:t>
      </w:r>
    </w:p>
    <w:p>
      <w:r>
        <w:t>☐ Da     ☐ Uglavnom     ☐ Delimično     ☐ Ne</w:t>
      </w:r>
    </w:p>
    <w:p>
      <w:r>
        <w:t>Komentar / primer: __________________________________________________________</w:t>
      </w:r>
    </w:p>
    <w:p>
      <w:pPr>
        <w:pStyle w:val="Caption"/>
      </w:pPr>
      <w:r>
        <w:t>Interna referenca: S2-Q21  |  2.3.2  Razdvajanje odgovornosti</w:t>
      </w:r>
    </w:p>
    <w:p>
      <w:pPr/>
      <w:r>
        <w:rPr>
          <w:b/>
          <w:color w:val="0D223F"/>
        </w:rPr>
        <w:t>C070  Može li isto lice samostalno inicirati, odobriti i potvrditi nabavku?</w:t>
      </w:r>
    </w:p>
    <w:p>
      <w:r>
        <w:t>☐ Da     ☐ Samo u izuzetnim slučajevima     ☐ Ne     ☐ Nije poznato</w:t>
      </w:r>
    </w:p>
    <w:p>
      <w:r>
        <w:t>Komentar / primer: __________________________________________________________</w:t>
      </w:r>
    </w:p>
    <w:p>
      <w:pPr>
        <w:pStyle w:val="Caption"/>
      </w:pPr>
      <w:r>
        <w:t>Interna referenca: S2-Q22  |  2.3.2  Razdvajanje odgovornosti</w:t>
      </w:r>
    </w:p>
    <w:p>
      <w:pPr/>
      <w:r>
        <w:rPr>
          <w:b/>
          <w:color w:val="0D223F"/>
        </w:rPr>
        <w:t>C071  Da li su kriterijumi izbora dobavljača unapred definisani i dokumentovani?</w:t>
      </w:r>
    </w:p>
    <w:p>
      <w:r>
        <w:t>☐ Uvek     ☐ Uglavnom     ☐ Povremeno     ☐ Ne</w:t>
      </w:r>
    </w:p>
    <w:p>
      <w:r>
        <w:t>Komentar / primer: __________________________________________________________</w:t>
      </w:r>
    </w:p>
    <w:p>
      <w:pPr>
        <w:pStyle w:val="Caption"/>
      </w:pPr>
      <w:r>
        <w:t>Interna referenca: S2-Q23  |  2.3.3  Transparentnost izbora dobavljača</w:t>
      </w:r>
    </w:p>
    <w:p>
      <w:pPr/>
      <w:r>
        <w:rPr>
          <w:b/>
          <w:color w:val="0D223F"/>
        </w:rPr>
        <w:t>C072  Da li se hitne nabavke i odstupanja posebno odobravaju i evidentiraju?</w:t>
      </w:r>
    </w:p>
    <w:p>
      <w:r>
        <w:t>☐ Da i analiziraju se     ☐ Da ali bez analize     ☐ Povremeno     ☐ Ne</w:t>
      </w:r>
    </w:p>
    <w:p>
      <w:r>
        <w:t>Komentar / primer: __________________________________________________________</w:t>
      </w:r>
    </w:p>
    <w:p>
      <w:pPr>
        <w:pStyle w:val="Caption"/>
      </w:pPr>
      <w:r>
        <w:t>Interna referenca: S2-Q24  |  2.3.4  Kontrola izuzetaka i hitnih nabavki</w:t>
      </w:r>
    </w:p>
    <w:p>
      <w:pPr/>
      <w:r>
        <w:rPr>
          <w:b/>
          <w:color w:val="0D223F"/>
        </w:rPr>
        <w:t>C073  Da li se analizira uzrok ponavljanja hitnih nabavki?</w:t>
      </w:r>
    </w:p>
    <w:p>
      <w:r>
        <w:t>☐ Redovno     ☐ Povremeno     ☐ Ne</w:t>
      </w:r>
    </w:p>
    <w:p>
      <w:r>
        <w:t>Komentar / primer: __________________________________________________________</w:t>
      </w:r>
    </w:p>
    <w:p>
      <w:pPr>
        <w:pStyle w:val="Caption"/>
      </w:pPr>
      <w:r>
        <w:t>Interna referenca: S2-Q25  |  2.3.4  Kontrola izuzetaka i hitnih nabavki</w:t>
      </w:r>
    </w:p>
    <w:p>
      <w:pPr/>
      <w:r>
        <w:rPr>
          <w:b/>
          <w:color w:val="0D223F"/>
        </w:rPr>
        <w:t>C074  Da li postoji pravilo za prijavu i upravljanje sukobom interesa u nabavci?</w:t>
      </w:r>
    </w:p>
    <w:p>
      <w:r>
        <w:t>☐ Da i primenjuje se     ☐ Da ali bez provere     ☐ Delimično     ☐ Ne</w:t>
      </w:r>
    </w:p>
    <w:p>
      <w:r>
        <w:t>Komentar / primer: __________________________________________________________</w:t>
      </w:r>
    </w:p>
    <w:p>
      <w:pPr>
        <w:pStyle w:val="Caption"/>
      </w:pPr>
      <w:r>
        <w:t>Interna referenca: S2-Q26  |  2.3.5  Upravljanje sukobom interesa</w:t>
      </w:r>
    </w:p>
    <w:p>
      <w:pPr/>
      <w:r>
        <w:rPr>
          <w:b/>
          <w:color w:val="0D223F"/>
        </w:rPr>
        <w:t>C075  Da li zaposleni prijavljuju potencijalni sukob interesa?</w:t>
      </w:r>
    </w:p>
    <w:p>
      <w:r>
        <w:t>☐ Obavezno     ☐ Dobrovoljno     ☐ Ne postoji praksa</w:t>
      </w:r>
    </w:p>
    <w:p>
      <w:r>
        <w:t>Komentar / primer: __________________________________________________________</w:t>
      </w:r>
    </w:p>
    <w:p>
      <w:pPr>
        <w:pStyle w:val="Caption"/>
      </w:pPr>
      <w:r>
        <w:t>Interna referenca: S2-Q27  |  2.3.5  Upravljanje sukobom interesa</w:t>
      </w:r>
    </w:p>
    <w:p>
      <w:pPr/>
      <w:r>
        <w:rPr>
          <w:b/>
          <w:color w:val="0D223F"/>
        </w:rPr>
        <w:t>C076  Da li imate evidenciju nabavnih zahteva i narudžbenica sa datumima?</w:t>
      </w:r>
    </w:p>
    <w:p>
      <w:r>
        <w:t>☐ Da, obe evidencije     ☐ Samo jednu evidenciju     ☐ Delimično / u elektronskoj pošti     ☐ Ne</w:t>
      </w:r>
    </w:p>
    <w:p>
      <w:r>
        <w:t>Komentar / primer: __________________________________________________________</w:t>
      </w:r>
    </w:p>
    <w:p>
      <w:pPr>
        <w:pStyle w:val="Caption"/>
      </w:pPr>
      <w:r>
        <w:t>Interna referenca: S2-Q28  |  2.4.1  Prosečno vreme realizacije nabavnog postupka</w:t>
      </w:r>
    </w:p>
    <w:p>
      <w:pPr/>
      <w:r>
        <w:rPr>
          <w:b/>
          <w:color w:val="0D223F"/>
        </w:rPr>
        <w:t>C077  Možete li dostaviti izvoz postojećih evidencija ili dokumentaciju za uzorak nabavki?</w:t>
      </w:r>
    </w:p>
    <w:p>
      <w:r>
        <w:t>☐ Da, elektronski izvoz     ☐ Da, dokumentaciju pojedinačnih postupaka     ☐ Delimično     ☐ Ne</w:t>
      </w:r>
    </w:p>
    <w:p>
      <w:r>
        <w:t>Komentar / primer: __________________________________________________________</w:t>
      </w:r>
    </w:p>
    <w:p>
      <w:pPr>
        <w:pStyle w:val="Caption"/>
      </w:pPr>
      <w:r>
        <w:t>Interna referenca: S2-Q29  |  2.4.1  Prosečno vreme realizacije nabavnog postupka</w:t>
      </w:r>
    </w:p>
    <w:p>
      <w:pPr/>
      <w:r>
        <w:rPr>
          <w:b/>
          <w:color w:val="0D223F"/>
        </w:rPr>
        <w:t>C078  Da li imate pisanu proceduru nabavke koja je važila u posmatranom periodu?</w:t>
      </w:r>
    </w:p>
    <w:p>
      <w:r>
        <w:t>☐ Da     ☐ Delimično / starija verzija     ☐ Ne</w:t>
      </w:r>
    </w:p>
    <w:p>
      <w:r>
        <w:t>Komentar / primer: __________________________________________________________</w:t>
      </w:r>
    </w:p>
    <w:p>
      <w:pPr>
        <w:pStyle w:val="Caption"/>
      </w:pPr>
      <w:r>
        <w:t>Interna referenca: S2-Q30  |  2.4.2  Usklađenost sa procedurom</w:t>
      </w:r>
    </w:p>
    <w:p>
      <w:pPr/>
      <w:r>
        <w:rPr>
          <w:b/>
          <w:color w:val="0D223F"/>
        </w:rPr>
        <w:t>C079  Možete li dostaviti dokumentaciju za odabrane završene nabavke (zahtev, ponude, odobrenje, narudžbenica)?</w:t>
      </w:r>
    </w:p>
    <w:p>
      <w:r>
        <w:t>☐ Da, za većinu     ☐ Da, za deo     ☐ Ne</w:t>
      </w:r>
    </w:p>
    <w:p>
      <w:r>
        <w:t>Komentar / primer: __________________________________________________________</w:t>
      </w:r>
    </w:p>
    <w:p>
      <w:pPr>
        <w:pStyle w:val="Caption"/>
      </w:pPr>
      <w:r>
        <w:t>Interna referenca: S2-Q31  |  2.4.2  Usklađenost sa procedurom</w:t>
      </w:r>
    </w:p>
    <w:p>
      <w:pPr/>
      <w:r>
        <w:rPr>
          <w:b/>
          <w:color w:val="0D223F"/>
        </w:rPr>
        <w:t>C080  Da li se u vašem sistemu evidentira broj narudžbenice uz fakturu ili stavku potrošnje?</w:t>
      </w:r>
    </w:p>
    <w:p>
      <w:r>
        <w:t>☐ Da, uglavnom     ☐ Povremeno     ☐ Ne     ☐ Ne znam</w:t>
      </w:r>
    </w:p>
    <w:p>
      <w:r>
        <w:t>Komentar / primer: __________________________________________________________</w:t>
      </w:r>
    </w:p>
    <w:p>
      <w:pPr>
        <w:pStyle w:val="Caption"/>
      </w:pPr>
      <w:r>
        <w:t>Interna referenca: S2-Q32  |  2.4.3  Potrošnja bez narudžbenice</w:t>
      </w:r>
    </w:p>
    <w:p>
      <w:pPr/>
      <w:r>
        <w:rPr>
          <w:b/>
          <w:color w:val="0D223F"/>
        </w:rPr>
        <w:t>C081  Možete li dostaviti izveštaj o nabavnoj potrošnji i, ako postoji, izvoz narudžbenica?</w:t>
      </w:r>
    </w:p>
    <w:p>
      <w:r>
        <w:t>☐ Da, oba     ☐ Samo spend report     ☐ Samo narudžbenice     ☐ Ništa od navedenog</w:t>
      </w:r>
    </w:p>
    <w:p>
      <w:r>
        <w:t>Komentar / primer: __________________________________________________________</w:t>
      </w:r>
    </w:p>
    <w:p>
      <w:pPr>
        <w:pStyle w:val="Caption"/>
      </w:pPr>
      <w:r>
        <w:t>Interna referenca: S2-Q33  |  2.4.3  Potrošnja bez narudžbenice</w:t>
      </w:r>
    </w:p>
    <w:p>
      <w:pPr/>
      <w:r>
        <w:rPr>
          <w:b/>
          <w:color w:val="0D223F"/>
        </w:rPr>
        <w:t>C082  Kako se u praksi prepoznaje hitna nabavka?</w:t>
      </w:r>
    </w:p>
    <w:p>
      <w:r>
        <w:t>☐ Posebna oznaka / šifra u sistemu     ☐ Posebno odobrenje ili obrazloženje     ☐ Prepoznaje se iz prepiske / dokumentacije     ☐ Nema ustaljenog načina</w:t>
      </w:r>
    </w:p>
    <w:p>
      <w:r>
        <w:t>Komentar / primer: __________________________________________________________</w:t>
      </w:r>
    </w:p>
    <w:p>
      <w:pPr>
        <w:pStyle w:val="Caption"/>
      </w:pPr>
      <w:r>
        <w:t>Interna referenca: S2-Q34  |  2.4.4  Hitne nabavke</w:t>
      </w:r>
    </w:p>
    <w:p>
      <w:pPr/>
      <w:r>
        <w:rPr>
          <w:b/>
          <w:color w:val="0D223F"/>
        </w:rPr>
        <w:t>C083  Možete li dostaviti nekoliko primera hitnih nabavki iz poslednjih 12 meseci, ako ih je bilo?</w:t>
      </w:r>
    </w:p>
    <w:p>
      <w:r>
        <w:t>☐ Da     ☐ Delimično     ☐ Ne     ☐ Nije bilo hitnih nabavki prema našoj evidenciji</w:t>
      </w:r>
    </w:p>
    <w:p>
      <w:r>
        <w:t>Komentar / primer: __________________________________________________________</w:t>
      </w:r>
    </w:p>
    <w:p>
      <w:pPr>
        <w:pStyle w:val="Caption"/>
      </w:pPr>
      <w:r>
        <w:t>Interna referenca: S2-Q35  |  2.4.4  Hitne nabavke</w:t>
      </w:r>
    </w:p>
    <w:p>
      <w:pPr/>
      <w:r>
        <w:rPr>
          <w:b/>
          <w:color w:val="0D223F"/>
        </w:rPr>
        <w:t>C084  Gde se čuvaju pozivi za ponude, pristigle ponude i odluke o izboru dobavljača?</w:t>
      </w:r>
    </w:p>
    <w:p>
      <w:r>
        <w:t>☐ Centralna evidencija / sistem     ☐ Zajednički folder     ☐ Elektronska pošta / pojedinačni zaposleni     ☐ Ne čuvaju se sistematski</w:t>
      </w:r>
    </w:p>
    <w:p>
      <w:r>
        <w:t>Komentar / primer: __________________________________________________________</w:t>
      </w:r>
    </w:p>
    <w:p>
      <w:pPr>
        <w:pStyle w:val="Caption"/>
      </w:pPr>
      <w:r>
        <w:t>Interna referenca: S2-Q36  |  2.4.5  Konkurentski postupci</w:t>
      </w:r>
    </w:p>
    <w:p>
      <w:pPr/>
      <w:r>
        <w:rPr>
          <w:b/>
          <w:color w:val="0D223F"/>
        </w:rPr>
        <w:t>C085  Možete li dostaviti dokumentaciju za uzorak nabavki kako bismo utvrdili da li je sprovedeno nadmetanje?</w:t>
      </w:r>
    </w:p>
    <w:p>
      <w:r>
        <w:t>☐ Da, za većinu     ☐ Da, za deo     ☐ Ne</w:t>
      </w:r>
    </w:p>
    <w:p>
      <w:r>
        <w:t>Komentar / primer: __________________________________________________________</w:t>
      </w:r>
    </w:p>
    <w:p>
      <w:pPr>
        <w:pStyle w:val="Caption"/>
      </w:pPr>
      <w:r>
        <w:t>Interna referenca: S2-Q37  |  2.4.5  Konkurentski postupci</w:t>
      </w:r>
    </w:p>
    <w:p>
      <w:pPr/>
      <w:r>
        <w:rPr>
          <w:b/>
          <w:color w:val="0D223F"/>
        </w:rPr>
        <w:t>C086  Da li postoje opis procesa, procedure ili druga dokumenta koja prikazuju faze nabavke?</w:t>
      </w:r>
    </w:p>
    <w:p>
      <w:r>
        <w:t>☐ Da, aktuelna     ☐ Delimično / zastarela     ☐ Ne</w:t>
      </w:r>
    </w:p>
    <w:p>
      <w:r>
        <w:t>Komentar / primer: __________________________________________________________</w:t>
      </w:r>
    </w:p>
    <w:p>
      <w:pPr>
        <w:pStyle w:val="Caption"/>
      </w:pPr>
      <w:r>
        <w:t>Interna referenca: S2-Q38  |  2.4.6  Indeks procesne zrelosti</w:t>
      </w:r>
    </w:p>
    <w:p>
      <w:pPr/>
      <w:r>
        <w:rPr>
          <w:b/>
          <w:color w:val="0D223F"/>
        </w:rPr>
        <w:t>C087  Da li postoje evidencije izuzetaka, odobrenja ili interne kontrole koje možemo uporediti sa uzorkom postupaka?</w:t>
      </w:r>
    </w:p>
    <w:p>
      <w:r>
        <w:t>☐ Da     ☐ Delimično     ☐ Ne     ☐ Nije primenljivo     ☐ Nije poznato</w:t>
      </w:r>
    </w:p>
    <w:p>
      <w:r>
        <w:t>Komentar / primer: __________________________________________________________</w:t>
      </w:r>
    </w:p>
    <w:p>
      <w:pPr>
        <w:pStyle w:val="Caption"/>
      </w:pPr>
      <w:r>
        <w:t>Interna referenca: S2-Q39  |  2.4.7  Indeks usklađenosti</w:t>
      </w:r>
    </w:p>
    <w:p>
      <w:pPr>
        <w:pStyle w:val="Heading1"/>
      </w:pPr>
      <w:r>
        <w:t>3. Troškovi i upravljanje nabavnim kategorijama</w:t>
      </w:r>
    </w:p>
    <w:p>
      <w:pPr/>
      <w:r>
        <w:rPr>
          <w:b/>
          <w:color w:val="0D223F"/>
        </w:rPr>
        <w:t>C088  Da li možete dostaviti postojeći izveštaj o nabavnoj potrošnji za poslednjih 12 meseci?</w:t>
      </w:r>
    </w:p>
    <w:p>
      <w:r>
        <w:t>☐ Da, detaljan     ☐ Da, zbirni     ☐ Delimično     ☐ Ne</w:t>
      </w:r>
    </w:p>
    <w:p>
      <w:r>
        <w:t>Komentar / primer: __________________________________________________________</w:t>
      </w:r>
    </w:p>
    <w:p>
      <w:pPr>
        <w:pStyle w:val="Caption"/>
      </w:pPr>
      <w:r>
        <w:t>Interna referenca: S3-Q01  |  3.1  Struktura troškova nabavke</w:t>
      </w:r>
    </w:p>
    <w:p>
      <w:pPr/>
      <w:r>
        <w:rPr>
          <w:b/>
          <w:color w:val="0D223F"/>
        </w:rPr>
        <w:t>C089  Da li se nabavke evidentiraju u jednom ili više sistema?</w:t>
      </w:r>
    </w:p>
    <w:p>
      <w:r>
        <w:t>☐ Jedan     ☐ Više     ☐ Ručno     ☐ Ne znam</w:t>
      </w:r>
    </w:p>
    <w:p>
      <w:r>
        <w:t>Komentar / primer: __________________________________________________________</w:t>
      </w:r>
    </w:p>
    <w:p>
      <w:pPr>
        <w:pStyle w:val="Caption"/>
      </w:pPr>
      <w:r>
        <w:t>Interna referenca: S3-Q02  |  3.1  Struktura troškova nabavke</w:t>
      </w:r>
    </w:p>
    <w:p>
      <w:pPr/>
      <w:r>
        <w:rPr>
          <w:b/>
          <w:color w:val="0D223F"/>
        </w:rPr>
        <w:t>C090  Da li razlikujete direktne i indirektne nabavke?</w:t>
      </w:r>
    </w:p>
    <w:p>
      <w:r>
        <w:t>☐ Da     ☐ Delimično     ☐ Ne</w:t>
      </w:r>
    </w:p>
    <w:p>
      <w:r>
        <w:t>Komentar / primer: __________________________________________________________</w:t>
      </w:r>
    </w:p>
    <w:p>
      <w:pPr>
        <w:pStyle w:val="Caption"/>
      </w:pPr>
      <w:r>
        <w:t>Interna referenca: S3-Q03  |  3.1  Struktura troškova nabavke</w:t>
      </w:r>
    </w:p>
    <w:p>
      <w:pPr/>
      <w:r>
        <w:rPr>
          <w:b/>
          <w:color w:val="0D223F"/>
        </w:rPr>
        <w:t>C091  Može li se ova podela prepoznati u postojećem izveštaju?</w:t>
      </w:r>
    </w:p>
    <w:p>
      <w:r>
        <w:t>☐ Da     ☐ Delimično     ☐ Ne     ☐ Nije primenljivo</w:t>
      </w:r>
    </w:p>
    <w:p>
      <w:r>
        <w:t>Komentar / primer: __________________________________________________________</w:t>
      </w:r>
    </w:p>
    <w:p>
      <w:pPr>
        <w:pStyle w:val="Caption"/>
      </w:pPr>
      <w:r>
        <w:t>Interna referenca: S3-Q04  |  3.1  Struktura troškova nabavke</w:t>
      </w:r>
    </w:p>
    <w:p>
      <w:pPr/>
      <w:r>
        <w:rPr>
          <w:b/>
          <w:color w:val="0D223F"/>
        </w:rPr>
        <w:t>C092  Da li su nabavne transakcije označene kategorijom ili opisom robe/usluge?</w:t>
      </w:r>
    </w:p>
    <w:p>
      <w:r>
        <w:t>☐ Kategorija     ☐ Opis     ☐ Oboje     ☐ Nijedno</w:t>
      </w:r>
    </w:p>
    <w:p>
      <w:r>
        <w:t>Komentar / primer: __________________________________________________________</w:t>
      </w:r>
    </w:p>
    <w:p>
      <w:pPr>
        <w:pStyle w:val="Caption"/>
      </w:pPr>
      <w:r>
        <w:t>Interna referenca: S3-Q05  |  3.1  Struktura troškova nabavke</w:t>
      </w:r>
    </w:p>
    <w:p>
      <w:pPr/>
      <w:r>
        <w:rPr>
          <w:b/>
          <w:color w:val="0D223F"/>
        </w:rPr>
        <w:t>C093  Da li izveštaj sadrži identifikator ili naziv dobavljača po transakciji?</w:t>
      </w:r>
    </w:p>
    <w:p>
      <w:r>
        <w:t>☐ Da     ☐ Delimično     ☐ Ne</w:t>
      </w:r>
    </w:p>
    <w:p>
      <w:r>
        <w:t>Komentar / primer: __________________________________________________________</w:t>
      </w:r>
    </w:p>
    <w:p>
      <w:pPr>
        <w:pStyle w:val="Caption"/>
      </w:pPr>
      <w:r>
        <w:t>Interna referenca: S3-Q06  |  3.1  Struktura troškova nabavke</w:t>
      </w:r>
    </w:p>
    <w:p>
      <w:pPr/>
      <w:r>
        <w:rPr>
          <w:b/>
          <w:color w:val="0D223F"/>
        </w:rPr>
        <w:t>C094  Da li je za transakcije dostupna organizaciona jedinica ili troškovno mesto?</w:t>
      </w:r>
    </w:p>
    <w:p>
      <w:r>
        <w:t>☐ Da     ☐ Delimično     ☐ Ne</w:t>
      </w:r>
    </w:p>
    <w:p>
      <w:r>
        <w:t>Komentar / primer: __________________________________________________________</w:t>
      </w:r>
    </w:p>
    <w:p>
      <w:pPr>
        <w:pStyle w:val="Caption"/>
      </w:pPr>
      <w:r>
        <w:t>Interna referenca: S3-Q07  |  3.1  Struktura troškova nabavke</w:t>
      </w:r>
    </w:p>
    <w:p>
      <w:pPr/>
      <w:r>
        <w:rPr>
          <w:b/>
          <w:color w:val="0D223F"/>
        </w:rPr>
        <w:t>C095  Za koji period možete dostaviti podatke o potrošnji?</w:t>
      </w:r>
    </w:p>
    <w:p>
      <w:r>
        <w:t>☐ 12 meseci     ☐ 24 meseca     ☐ Više     ☐ Manje od 12     ☐ Nije dostupno</w:t>
      </w:r>
    </w:p>
    <w:p>
      <w:r>
        <w:t>Komentar / primer: __________________________________________________________</w:t>
      </w:r>
    </w:p>
    <w:p>
      <w:pPr>
        <w:pStyle w:val="Caption"/>
      </w:pPr>
      <w:r>
        <w:t>Interna referenca: S3-Q08  |  3.1  Struktura troškova nabavke</w:t>
      </w:r>
    </w:p>
    <w:p>
      <w:pPr/>
      <w:r>
        <w:rPr>
          <w:b/>
          <w:color w:val="0D223F"/>
        </w:rPr>
        <w:t>C096  Da li postoje poznati jednokratni troškovi ili događaji koji značajno utiču na poređenje perioda?</w:t>
      </w:r>
    </w:p>
    <w:p>
      <w:r>
        <w:t>☐ Da     ☐ Ne     ☐ Ne znam</w:t>
      </w:r>
    </w:p>
    <w:p>
      <w:r>
        <w:t>Komentar / primer: __________________________________________________________</w:t>
      </w:r>
    </w:p>
    <w:p>
      <w:pPr>
        <w:pStyle w:val="Caption"/>
      </w:pPr>
      <w:r>
        <w:t>Interna referenca: S3-Q09  |  3.1  Struktura troškova nabavke</w:t>
      </w:r>
    </w:p>
    <w:p>
      <w:pPr/>
      <w:r>
        <w:rPr>
          <w:b/>
          <w:color w:val="0D223F"/>
        </w:rPr>
        <w:t>C097  Da li kompanija koristi standardnu klasifikaciju nabavnih kategorija?</w:t>
      </w:r>
    </w:p>
    <w:p>
      <w:r>
        <w:t>☐ Da     ☐ Delimično     ☐ Ne</w:t>
      </w:r>
    </w:p>
    <w:p>
      <w:r>
        <w:t>Komentar / primer: __________________________________________________________</w:t>
      </w:r>
    </w:p>
    <w:p>
      <w:pPr>
        <w:pStyle w:val="Caption"/>
      </w:pPr>
      <w:r>
        <w:t>Interna referenca: S3-Q10  |  3.2  Upravljanje nabavnim kategorijama</w:t>
      </w:r>
    </w:p>
    <w:p>
      <w:pPr/>
      <w:r>
        <w:rPr>
          <w:b/>
          <w:color w:val="0D223F"/>
        </w:rPr>
        <w:t>C098  Da li postoji dokumentovan spisak kategorija i pravila klasifikacije?</w:t>
      </w:r>
    </w:p>
    <w:p>
      <w:r>
        <w:t>☐ Da     ☐ Delimično     ☐ Ne</w:t>
      </w:r>
    </w:p>
    <w:p>
      <w:r>
        <w:t>Komentar / primer: __________________________________________________________</w:t>
      </w:r>
    </w:p>
    <w:p>
      <w:pPr>
        <w:pStyle w:val="Caption"/>
      </w:pPr>
      <w:r>
        <w:t>Interna referenca: S3-Q11  |  3.2  Upravljanje nabavnim kategorijama</w:t>
      </w:r>
    </w:p>
    <w:p>
      <w:pPr/>
      <w:r>
        <w:rPr>
          <w:b/>
          <w:color w:val="0D223F"/>
        </w:rPr>
        <w:t>C099  Da li su za značajnije nabavne kategorije definisane strategije ili planovi nabavke?</w:t>
      </w:r>
    </w:p>
    <w:p>
      <w:r>
        <w:t>☐ Za većinu     ☐ Za neke     ☐ Ne</w:t>
      </w:r>
    </w:p>
    <w:p>
      <w:r>
        <w:t>Komentar / primer: __________________________________________________________</w:t>
      </w:r>
    </w:p>
    <w:p>
      <w:pPr>
        <w:pStyle w:val="Caption"/>
      </w:pPr>
      <w:r>
        <w:t>Interna referenca: S3-Q12  |  3.2  Upravljanje nabavnim kategorijama</w:t>
      </w:r>
    </w:p>
    <w:p>
      <w:pPr/>
      <w:r>
        <w:rPr>
          <w:b/>
          <w:color w:val="0D223F"/>
        </w:rPr>
        <w:t>C100  Da li postoji osoba odgovorna za upravljanje ključnim kategorijama?</w:t>
      </w:r>
    </w:p>
    <w:p>
      <w:r>
        <w:t>☐ Da     ☐ Delimično     ☐ Ne</w:t>
      </w:r>
    </w:p>
    <w:p>
      <w:r>
        <w:t>Komentar / primer: __________________________________________________________</w:t>
      </w:r>
    </w:p>
    <w:p>
      <w:pPr>
        <w:pStyle w:val="Caption"/>
      </w:pPr>
      <w:r>
        <w:t>Interna referenca: S3-Q13  |  3.2  Upravljanje nabavnim kategorijama</w:t>
      </w:r>
    </w:p>
    <w:p>
      <w:pPr/>
      <w:r>
        <w:rPr>
          <w:b/>
          <w:color w:val="0D223F"/>
        </w:rPr>
        <w:t>C101  Da li se potrošnja periodično rangira po kategorijama ili dobavljačima?</w:t>
      </w:r>
    </w:p>
    <w:p>
      <w:r>
        <w:t>☐ Da     ☐ Povremeno     ☐ Ne</w:t>
      </w:r>
    </w:p>
    <w:p>
      <w:r>
        <w:t>Komentar / primer: __________________________________________________________</w:t>
      </w:r>
    </w:p>
    <w:p>
      <w:pPr>
        <w:pStyle w:val="Caption"/>
      </w:pPr>
      <w:r>
        <w:t>Interna referenca: S3-Q14  |  3.2  Upravljanje nabavnim kategorijama</w:t>
      </w:r>
    </w:p>
    <w:p>
      <w:pPr/>
      <w:r>
        <w:rPr>
          <w:b/>
          <w:color w:val="0D223F"/>
        </w:rPr>
        <w:t>C102  Da li se za ključne kategorije procenjuju rizik snabdevanja i značaj za poslovanje?</w:t>
      </w:r>
    </w:p>
    <w:p>
      <w:r>
        <w:t>☐ Sistematski     ☐ Povremeno     ☐ Ne</w:t>
      </w:r>
    </w:p>
    <w:p>
      <w:r>
        <w:t>Komentar / primer: __________________________________________________________</w:t>
      </w:r>
    </w:p>
    <w:p>
      <w:pPr>
        <w:pStyle w:val="Caption"/>
      </w:pPr>
      <w:r>
        <w:t>Interna referenca: S3-Q15  |  3.2  Upravljanje nabavnim kategorijama</w:t>
      </w:r>
    </w:p>
    <w:p>
      <w:pPr/>
      <w:r>
        <w:rPr>
          <w:b/>
          <w:color w:val="0D223F"/>
        </w:rPr>
        <w:t>C103  Koje kategorije smatrate kritičnim ili teško zamenljivim?</w:t>
      </w:r>
    </w:p>
    <w:p>
      <w:r>
        <w:t>☐ Da     ☐ Delimično     ☐ Ne     ☐ Nije primenljivo     ☐ Nije poznato</w:t>
      </w:r>
    </w:p>
    <w:p>
      <w:r>
        <w:t>Komentar / primer: __________________________________________________________</w:t>
      </w:r>
    </w:p>
    <w:p>
      <w:pPr>
        <w:pStyle w:val="Caption"/>
      </w:pPr>
      <w:r>
        <w:t>Interna referenca: S3-Q16  |  3.2  Upravljanje nabavnim kategorijama</w:t>
      </w:r>
    </w:p>
    <w:p>
      <w:pPr/>
      <w:r>
        <w:rPr>
          <w:b/>
          <w:color w:val="0D223F"/>
        </w:rPr>
        <w:t>C104  Da li različiti sektori ili lokacije samostalno nabavljaju istu ili sličnu robu/usluge?</w:t>
      </w:r>
    </w:p>
    <w:p>
      <w:r>
        <w:t>☐ Da     ☐ Ponekad     ☐ Ne     ☐ Ne znam</w:t>
      </w:r>
    </w:p>
    <w:p>
      <w:r>
        <w:t>Komentar / primer: __________________________________________________________</w:t>
      </w:r>
    </w:p>
    <w:p>
      <w:pPr>
        <w:pStyle w:val="Caption"/>
      </w:pPr>
      <w:r>
        <w:t>Interna referenca: S3-Q17  |  3.2  Upravljanje nabavnim kategorijama</w:t>
      </w:r>
    </w:p>
    <w:p>
      <w:pPr/>
      <w:r>
        <w:rPr>
          <w:b/>
          <w:color w:val="0D223F"/>
        </w:rPr>
        <w:t>C105  Da li postoje zajednički ugovori ili objedinjene nabavke za više jedinica?</w:t>
      </w:r>
    </w:p>
    <w:p>
      <w:r>
        <w:t>☐ Da     ☐ Delimično     ☐ Ne</w:t>
      </w:r>
    </w:p>
    <w:p>
      <w:r>
        <w:t>Komentar / primer: __________________________________________________________</w:t>
      </w:r>
    </w:p>
    <w:p>
      <w:pPr>
        <w:pStyle w:val="Caption"/>
      </w:pPr>
      <w:r>
        <w:t>Interna referenca: S3-Q18  |  3.2  Upravljanje nabavnim kategorijama</w:t>
      </w:r>
    </w:p>
    <w:p>
      <w:pPr/>
      <w:r>
        <w:rPr>
          <w:b/>
          <w:color w:val="0D223F"/>
        </w:rPr>
        <w:t>C106  Da li postoje standardizovane specifikacije za često nabavljane proizvode/usluge?</w:t>
      </w:r>
    </w:p>
    <w:p>
      <w:r>
        <w:t>☐ Da     ☐ Delimično     ☐ Ne</w:t>
      </w:r>
    </w:p>
    <w:p>
      <w:r>
        <w:t>Komentar / primer: __________________________________________________________</w:t>
      </w:r>
    </w:p>
    <w:p>
      <w:pPr>
        <w:pStyle w:val="Caption"/>
      </w:pPr>
      <w:r>
        <w:t>Interna referenca: S3-Q19  |  3.2  Upravljanje nabavnim kategorijama</w:t>
      </w:r>
    </w:p>
    <w:p>
      <w:pPr/>
      <w:r>
        <w:rPr>
          <w:b/>
          <w:color w:val="0D223F"/>
        </w:rPr>
        <w:t>C107  Da li se isti proizvod ili usluga nabavlja pod različitim nazivima ili specifikacijama?</w:t>
      </w:r>
    </w:p>
    <w:p>
      <w:r>
        <w:t>☐ Često     ☐ Povremeno     ☐ Retko     ☐ Ne znam</w:t>
      </w:r>
    </w:p>
    <w:p>
      <w:r>
        <w:t>Komentar / primer: __________________________________________________________</w:t>
      </w:r>
    </w:p>
    <w:p>
      <w:pPr>
        <w:pStyle w:val="Caption"/>
      </w:pPr>
      <w:r>
        <w:t>Interna referenca: S3-Q20  |  3.2  Upravljanje nabavnim kategorijama</w:t>
      </w:r>
    </w:p>
    <w:p>
      <w:pPr/>
      <w:r>
        <w:rPr>
          <w:b/>
          <w:color w:val="0D223F"/>
        </w:rPr>
        <w:t>C108  Da li kompanija evidentira i potvrđuje ostvarene uštede u nabavci?</w:t>
      </w:r>
    </w:p>
    <w:p>
      <w:r>
        <w:t>☐ Da, sistematski     ☐ Povremeno     ☐ Ne</w:t>
      </w:r>
    </w:p>
    <w:p>
      <w:r>
        <w:t>Komentar / primer: __________________________________________________________</w:t>
      </w:r>
    </w:p>
    <w:p>
      <w:pPr>
        <w:pStyle w:val="Caption"/>
      </w:pPr>
      <w:r>
        <w:t>Interna referenca: S3-Q21  |  3.3  Optimizacija troškova</w:t>
      </w:r>
    </w:p>
    <w:p>
      <w:pPr/>
      <w:r>
        <w:rPr>
          <w:b/>
          <w:color w:val="0D223F"/>
        </w:rPr>
        <w:t>C109  Ko potvrđuje ostvarene uštede i referentnu osnovu za obračun?</w:t>
      </w:r>
    </w:p>
    <w:p>
      <w:r>
        <w:t>☐ Finansije     ☐ Nabavka     ☐ Zajedno     ☐ Nije definisano</w:t>
      </w:r>
    </w:p>
    <w:p>
      <w:r>
        <w:t>Komentar / primer: __________________________________________________________</w:t>
      </w:r>
    </w:p>
    <w:p>
      <w:pPr>
        <w:pStyle w:val="Caption"/>
      </w:pPr>
      <w:r>
        <w:t>Interna referenca: S3-Q22  |  3.3  Optimizacija troškova</w:t>
      </w:r>
    </w:p>
    <w:p>
      <w:pPr/>
      <w:r>
        <w:rPr>
          <w:b/>
          <w:color w:val="0D223F"/>
        </w:rPr>
        <w:t>C110  Da li su identifikovane kategorije sa mogućnostima za smanjenje troškova?</w:t>
      </w:r>
    </w:p>
    <w:p>
      <w:r>
        <w:t>☐ Da     ☐ Delimično     ☐ Ne</w:t>
      </w:r>
    </w:p>
    <w:p>
      <w:r>
        <w:t>Komentar / primer: __________________________________________________________</w:t>
      </w:r>
    </w:p>
    <w:p>
      <w:pPr>
        <w:pStyle w:val="Caption"/>
      </w:pPr>
      <w:r>
        <w:t>Interna referenca: S3-Q23  |  3.3  Optimizacija troškova</w:t>
      </w:r>
    </w:p>
    <w:p>
      <w:pPr/>
      <w:r>
        <w:rPr>
          <w:b/>
          <w:color w:val="0D223F"/>
        </w:rPr>
        <w:t>C111  Da li imate važeće cenovnike, ugovore ili prethodne ponude za ključne kategorije?</w:t>
      </w:r>
    </w:p>
    <w:p>
      <w:r>
        <w:t>☐ Da     ☐ Delimično     ☐ Ne</w:t>
      </w:r>
    </w:p>
    <w:p>
      <w:r>
        <w:t>Komentar / primer: __________________________________________________________</w:t>
      </w:r>
    </w:p>
    <w:p>
      <w:pPr>
        <w:pStyle w:val="Caption"/>
      </w:pPr>
      <w:r>
        <w:t>Interna referenca: S3-Q24  |  3.3  Optimizacija troškova</w:t>
      </w:r>
    </w:p>
    <w:p>
      <w:pPr/>
      <w:r>
        <w:rPr>
          <w:b/>
          <w:color w:val="0D223F"/>
        </w:rPr>
        <w:t>C112  Da li pri izboru dobavljača razmatrate troškove tokom celog životnog ciklusa (održavanje, energija, transport i sl.)?</w:t>
      </w:r>
    </w:p>
    <w:p>
      <w:r>
        <w:t>☐ Redovno     ☐ Ponekad     ☐ Ne</w:t>
      </w:r>
    </w:p>
    <w:p>
      <w:r>
        <w:t>Komentar / primer: __________________________________________________________</w:t>
      </w:r>
    </w:p>
    <w:p>
      <w:pPr>
        <w:pStyle w:val="Caption"/>
      </w:pPr>
      <w:r>
        <w:t>Interna referenca: S3-Q25  |  3.3  Optimizacija troškova</w:t>
      </w:r>
    </w:p>
    <w:p>
      <w:pPr/>
      <w:r>
        <w:rPr>
          <w:b/>
          <w:color w:val="0D223F"/>
        </w:rPr>
        <w:t>C113  Da li su za ključne stavke dostupni podaci o dodatnim troškovima pored nabavne cene?</w:t>
      </w:r>
    </w:p>
    <w:p>
      <w:r>
        <w:t>☐ Da     ☐ Delimično     ☐ Ne</w:t>
      </w:r>
    </w:p>
    <w:p>
      <w:r>
        <w:t>Komentar / primer: __________________________________________________________</w:t>
      </w:r>
    </w:p>
    <w:p>
      <w:pPr>
        <w:pStyle w:val="Caption"/>
      </w:pPr>
      <w:r>
        <w:t>Interna referenca: S3-Q26  |  3.3  Optimizacija troškova</w:t>
      </w:r>
    </w:p>
    <w:p>
      <w:pPr/>
      <w:r>
        <w:rPr>
          <w:b/>
          <w:color w:val="0D223F"/>
        </w:rPr>
        <w:t>C114  Da li postoje referentne cene, istorijske cene ili ponude koje možemo koristiti za procenu potencijala ušteda?</w:t>
      </w:r>
    </w:p>
    <w:p>
      <w:r>
        <w:t>☐ Da     ☐ Delimično     ☐ Ne</w:t>
      </w:r>
    </w:p>
    <w:p>
      <w:r>
        <w:t>Komentar / primer: __________________________________________________________</w:t>
      </w:r>
    </w:p>
    <w:p>
      <w:pPr>
        <w:pStyle w:val="Caption"/>
      </w:pPr>
      <w:r>
        <w:t>Interna referenca: S3-Q27  |  3.3  Optimizacija troškova</w:t>
      </w:r>
    </w:p>
    <w:p>
      <w:pPr/>
      <w:r>
        <w:rPr>
          <w:b/>
          <w:color w:val="0D223F"/>
        </w:rPr>
        <w:t>C115  Da li postoje kategorije koje bi bile pogodne za zajedničku nabavku sa drugim kompanijama?</w:t>
      </w:r>
    </w:p>
    <w:p>
      <w:r>
        <w:t>☐ Da     ☐ Možda     ☐ Ne</w:t>
      </w:r>
    </w:p>
    <w:p>
      <w:r>
        <w:t>Komentar / primer: __________________________________________________________</w:t>
      </w:r>
    </w:p>
    <w:p>
      <w:pPr>
        <w:pStyle w:val="Caption"/>
      </w:pPr>
      <w:r>
        <w:t>Interna referenca: S3-Q28  |  3.3  Optimizacija troškova</w:t>
      </w:r>
    </w:p>
    <w:p>
      <w:pPr/>
      <w:r>
        <w:rPr>
          <w:b/>
          <w:color w:val="0D223F"/>
        </w:rPr>
        <w:t>C116  Da li možete dostaviti ukupne prihode za isti period kao izveštaj o nabavnoj potrošnji?</w:t>
      </w:r>
    </w:p>
    <w:p>
      <w:r>
        <w:t>☐ Da     ☐ Ne     ☐ Naknadno</w:t>
      </w:r>
    </w:p>
    <w:p>
      <w:r>
        <w:t>Komentar / primer: __________________________________________________________</w:t>
      </w:r>
    </w:p>
    <w:p>
      <w:pPr>
        <w:pStyle w:val="Caption"/>
      </w:pPr>
      <w:r>
        <w:t>Interna referenca: S3-Q29  |  3.4  Konkretni pokazatelji i indeksi</w:t>
      </w:r>
    </w:p>
    <w:p>
      <w:pPr/>
      <w:r>
        <w:rPr>
          <w:b/>
          <w:color w:val="0D223F"/>
        </w:rPr>
        <w:t>C117  Može li se za nabavke utvrditi da li njima aktivno upravlja funkcija nabavke (npr. ugovor, pregovori, RFQ)?</w:t>
      </w:r>
    </w:p>
    <w:p>
      <w:r>
        <w:t>☐ Da     ☐ Delimično     ☐ Ne</w:t>
      </w:r>
    </w:p>
    <w:p>
      <w:r>
        <w:t>Komentar / primer: __________________________________________________________</w:t>
      </w:r>
    </w:p>
    <w:p>
      <w:pPr>
        <w:pStyle w:val="Caption"/>
      </w:pPr>
      <w:r>
        <w:t>Interna referenca: S3-Q30  |  3.4  Konkretni pokazatelji i indeksi</w:t>
      </w:r>
    </w:p>
    <w:p>
      <w:pPr/>
      <w:r>
        <w:rPr>
          <w:b/>
          <w:color w:val="0D223F"/>
        </w:rPr>
        <w:t>C118  Da li postoje potvrđeni podaci o ostvarenim uštedama i relevantnoj osnovici?</w:t>
      </w:r>
    </w:p>
    <w:p>
      <w:r>
        <w:t>☐ Da     ☐ Delimično     ☐ Ne</w:t>
      </w:r>
    </w:p>
    <w:p>
      <w:r>
        <w:t>Komentar / primer: __________________________________________________________</w:t>
      </w:r>
    </w:p>
    <w:p>
      <w:pPr>
        <w:pStyle w:val="Caption"/>
      </w:pPr>
      <w:r>
        <w:t>Interna referenca: S3-Q31  |  3.4  Konkretni pokazatelji i indeksi</w:t>
      </w:r>
    </w:p>
    <w:p>
      <w:pPr/>
      <w:r>
        <w:rPr>
          <w:b/>
          <w:color w:val="0D223F"/>
        </w:rPr>
        <w:t>C119  Da li rukovodstvo periodično razmatra rezultate upravljanja nabavnim kategorijama?</w:t>
      </w:r>
    </w:p>
    <w:p>
      <w:r>
        <w:t>☐ Da     ☐ Delimično     ☐ Ne     ☐ Nije primenljivo     ☐ Nije poznato</w:t>
      </w:r>
    </w:p>
    <w:p>
      <w:r>
        <w:t>Komentar / primer: __________________________________________________________</w:t>
      </w:r>
    </w:p>
    <w:p>
      <w:pPr>
        <w:pStyle w:val="Caption"/>
      </w:pPr>
      <w:r>
        <w:t>Interna referenca: S3-Q32  |  3.4  Konkretni pokazatelji i indeksi</w:t>
      </w:r>
    </w:p>
    <w:p>
      <w:pPr>
        <w:pStyle w:val="Heading1"/>
      </w:pPr>
      <w:r>
        <w:t>4. Dobavljači i rizici snabdevanja</w:t>
      </w:r>
    </w:p>
    <w:p>
      <w:pPr/>
      <w:r>
        <w:rPr>
          <w:b/>
          <w:color w:val="0D223F"/>
        </w:rPr>
        <w:t>C120  Da li postoji centralni registar aktivnih dobavljača?</w:t>
      </w:r>
    </w:p>
    <w:p>
      <w:r>
        <w:t>☐ Da     ☐ Delimično     ☐ Ne     ☐ Nije primenljivo     ☐ Nije dostupno</w:t>
      </w:r>
    </w:p>
    <w:p>
      <w:r>
        <w:t>Komentar / primer: __________________________________________________________</w:t>
      </w:r>
    </w:p>
    <w:p>
      <w:pPr>
        <w:pStyle w:val="Caption"/>
      </w:pPr>
      <w:r>
        <w:t>Interna referenca: S4-Q01  |  4.1.1 Registar i jedinstvena identifikacija dobavljača</w:t>
      </w:r>
    </w:p>
    <w:p>
      <w:pPr/>
      <w:r>
        <w:rPr>
          <w:b/>
          <w:color w:val="0D223F"/>
        </w:rPr>
        <w:t>C121  Kako se evidentiraju povezane firme, duplikati i neaktivni dobavljači?</w:t>
      </w:r>
    </w:p>
    <w:p>
      <w:r>
        <w:t>☐ Da     ☐ Delimično     ☐ Ne     ☐ Nije primenljivo     ☐ Nije dostupno</w:t>
      </w:r>
    </w:p>
    <w:p>
      <w:r>
        <w:t>Komentar / primer: __________________________________________________________</w:t>
      </w:r>
    </w:p>
    <w:p>
      <w:pPr>
        <w:pStyle w:val="Caption"/>
      </w:pPr>
      <w:r>
        <w:t>Interna referenca: S4-Q02  |  4.1.1 Registar i jedinstvena identifikacija dobavljača</w:t>
      </w:r>
    </w:p>
    <w:p>
      <w:pPr/>
      <w:r>
        <w:rPr>
          <w:b/>
          <w:color w:val="0D223F"/>
        </w:rPr>
        <w:t>C122  Da li dobavljače delite prema vrednosti, kritičnosti i riziku?</w:t>
      </w:r>
    </w:p>
    <w:p>
      <w:r>
        <w:t>☐ Da     ☐ Delimično     ☐ Ne     ☐ Nije primenljivo     ☐ Nije dostupno</w:t>
      </w:r>
    </w:p>
    <w:p>
      <w:r>
        <w:t>Komentar / primer: __________________________________________________________</w:t>
      </w:r>
    </w:p>
    <w:p>
      <w:pPr>
        <w:pStyle w:val="Caption"/>
      </w:pPr>
      <w:r>
        <w:t>Interna referenca: S4-Q03  |  4.1.2 Segmentacija i kritičnost dobavljača</w:t>
      </w:r>
    </w:p>
    <w:p>
      <w:pPr/>
      <w:r>
        <w:rPr>
          <w:b/>
          <w:color w:val="0D223F"/>
        </w:rPr>
        <w:t>C123  Koje kriterijume koristite za određivanje kritičnih dobavljača?</w:t>
      </w:r>
    </w:p>
    <w:p>
      <w:r>
        <w:t>☐ Da     ☐ Delimično     ☐ Ne     ☐ Nije primenljivo     ☐ Nije dostupno</w:t>
      </w:r>
    </w:p>
    <w:p>
      <w:r>
        <w:t>Komentar / primer: __________________________________________________________</w:t>
      </w:r>
    </w:p>
    <w:p>
      <w:pPr>
        <w:pStyle w:val="Caption"/>
      </w:pPr>
      <w:r>
        <w:t>Interna referenca: S4-Q04  |  4.1.2 Segmentacija i kritičnost dobavljača</w:t>
      </w:r>
    </w:p>
    <w:p>
      <w:pPr/>
      <w:r>
        <w:rPr>
          <w:b/>
          <w:color w:val="0D223F"/>
        </w:rPr>
        <w:t>C124  Da li identifikujete dobavljače bez odgovarajuće alternative?</w:t>
      </w:r>
    </w:p>
    <w:p>
      <w:r>
        <w:t>☐ Da     ☐ Delimično     ☐ Ne     ☐ Nije primenljivo     ☐ Nije dostupno</w:t>
      </w:r>
    </w:p>
    <w:p>
      <w:r>
        <w:t>Komentar / primer: __________________________________________________________</w:t>
      </w:r>
    </w:p>
    <w:p>
      <w:pPr>
        <w:pStyle w:val="Caption"/>
      </w:pPr>
      <w:r>
        <w:t>Interna referenca: S4-Q05  |  4.1.3 Koncentracija i zavisnost</w:t>
      </w:r>
    </w:p>
    <w:p>
      <w:pPr/>
      <w:r>
        <w:rPr>
          <w:b/>
          <w:color w:val="0D223F"/>
        </w:rPr>
        <w:t>C125  Možete li dostaviti promet po dobavljaču i kategoriji za poslednjih 12 meseci?</w:t>
      </w:r>
    </w:p>
    <w:p>
      <w:r>
        <w:t>☐ Da     ☐ Delimično     ☐ Ne     ☐ Nije primenljivo     ☐ Nije dostupno</w:t>
      </w:r>
    </w:p>
    <w:p>
      <w:r>
        <w:t>Komentar / primer: __________________________________________________________</w:t>
      </w:r>
    </w:p>
    <w:p>
      <w:pPr>
        <w:pStyle w:val="Caption"/>
      </w:pPr>
      <w:r>
        <w:t>Interna referenca: S4-Q06  |  4.1.3 Koncentracija i zavisnost</w:t>
      </w:r>
    </w:p>
    <w:p>
      <w:pPr/>
      <w:r>
        <w:rPr>
          <w:b/>
          <w:color w:val="0D223F"/>
        </w:rPr>
        <w:t>C126  Za koje kritične materijale ili usluge postoje odobreni alternativni dobavljači?</w:t>
      </w:r>
    </w:p>
    <w:p>
      <w:r>
        <w:t>☐ Da     ☐ Delimično     ☐ Ne     ☐ Nije primenljivo     ☐ Nije dostupno</w:t>
      </w:r>
    </w:p>
    <w:p>
      <w:r>
        <w:t>Komentar / primer: __________________________________________________________</w:t>
      </w:r>
    </w:p>
    <w:p>
      <w:pPr>
        <w:pStyle w:val="Caption"/>
      </w:pPr>
      <w:r>
        <w:t>Interna referenca: S4-Q07  |  4.1.4 Alternativni izvori snabdevanja</w:t>
      </w:r>
    </w:p>
    <w:p>
      <w:pPr/>
      <w:r>
        <w:rPr>
          <w:b/>
          <w:color w:val="0D223F"/>
        </w:rPr>
        <w:t>C127  Da li je dokumentovan plan aktiviranja alternative?</w:t>
      </w:r>
    </w:p>
    <w:p>
      <w:r>
        <w:t>☐ Da     ☐ Delimično     ☐ Ne     ☐ Nije primenljivo     ☐ Nije dostupno</w:t>
      </w:r>
    </w:p>
    <w:p>
      <w:r>
        <w:t>Komentar / primer: __________________________________________________________</w:t>
      </w:r>
    </w:p>
    <w:p>
      <w:pPr>
        <w:pStyle w:val="Caption"/>
      </w:pPr>
      <w:r>
        <w:t>Interna referenca: S4-Q08  |  4.1.4 Alternativni izvori snabdevanja</w:t>
      </w:r>
    </w:p>
    <w:p>
      <w:pPr/>
      <w:r>
        <w:rPr>
          <w:b/>
          <w:color w:val="0D223F"/>
        </w:rPr>
        <w:t>C128  Da li imate pregled vlasništva, lokacije i ključnih kontakt osoba dobavljača?</w:t>
      </w:r>
    </w:p>
    <w:p>
      <w:r>
        <w:t>☐ Da     ☐ Delimično     ☐ Ne     ☐ Nije primenljivo     ☐ Nije dostupno</w:t>
      </w:r>
    </w:p>
    <w:p>
      <w:r>
        <w:t>Komentar / primer: __________________________________________________________</w:t>
      </w:r>
    </w:p>
    <w:p>
      <w:pPr>
        <w:pStyle w:val="Caption"/>
      </w:pPr>
      <w:r>
        <w:t>Interna referenca: S4-Q09  |  4.1.5 Transparentnost dobavljačke baze</w:t>
      </w:r>
    </w:p>
    <w:p>
      <w:pPr/>
      <w:r>
        <w:rPr>
          <w:b/>
          <w:color w:val="0D223F"/>
        </w:rPr>
        <w:t>C129  Postoji li standardni postupak provere pre uključivanja novog dobavljača?</w:t>
      </w:r>
    </w:p>
    <w:p>
      <w:r>
        <w:t>☐ Da     ☐ Delimično     ☐ Ne     ☐ Nije primenljivo     ☐ Nije dostupno</w:t>
      </w:r>
    </w:p>
    <w:p>
      <w:r>
        <w:t>Komentar / primer: __________________________________________________________</w:t>
      </w:r>
    </w:p>
    <w:p>
      <w:pPr>
        <w:pStyle w:val="Caption"/>
      </w:pPr>
      <w:r>
        <w:t>Interna referenca: S4-Q10  |  4.2.1 Uvođenje i kvalifikacija dobavljača</w:t>
      </w:r>
    </w:p>
    <w:p>
      <w:pPr/>
      <w:r>
        <w:rPr>
          <w:b/>
          <w:color w:val="0D223F"/>
        </w:rPr>
        <w:t>C130  Koja dokumentacija se proverava pre odobrenja dobavljača?</w:t>
      </w:r>
    </w:p>
    <w:p>
      <w:r>
        <w:t>☐ Da     ☐ Delimično     ☐ Ne     ☐ Nije primenljivo     ☐ Nije dostupno</w:t>
      </w:r>
    </w:p>
    <w:p>
      <w:r>
        <w:t>Komentar / primer: __________________________________________________________</w:t>
      </w:r>
    </w:p>
    <w:p>
      <w:pPr>
        <w:pStyle w:val="Caption"/>
      </w:pPr>
      <w:r>
        <w:t>Interna referenca: S4-Q11  |  4.2.1 Uvođenje i kvalifikacija dobavljača</w:t>
      </w:r>
    </w:p>
    <w:p>
      <w:pPr/>
      <w:r>
        <w:rPr>
          <w:b/>
          <w:color w:val="0D223F"/>
        </w:rPr>
        <w:t>C131  Da li proveravate finansijsku stabilnost kritičnih dobavljača?</w:t>
      </w:r>
    </w:p>
    <w:p>
      <w:r>
        <w:t>☐ Da     ☐ Delimično     ☐ Ne     ☐ Nije primenljivo     ☐ Nije dostupno</w:t>
      </w:r>
    </w:p>
    <w:p>
      <w:r>
        <w:t>Komentar / primer: __________________________________________________________</w:t>
      </w:r>
    </w:p>
    <w:p>
      <w:pPr>
        <w:pStyle w:val="Caption"/>
      </w:pPr>
      <w:r>
        <w:t>Interna referenca: S4-Q12  |  4.2.2 Provera finansijske i operativne sposobnosti</w:t>
      </w:r>
    </w:p>
    <w:p>
      <w:pPr/>
      <w:r>
        <w:rPr>
          <w:b/>
          <w:color w:val="0D223F"/>
        </w:rPr>
        <w:t>C132  Kako procenjujete kapacitete i sposobnost kontinuiteta isporuke?</w:t>
      </w:r>
    </w:p>
    <w:p>
      <w:r>
        <w:t>☐ Da     ☐ Delimično     ☐ Ne     ☐ Nije primenljivo     ☐ Nije dostupno</w:t>
      </w:r>
    </w:p>
    <w:p>
      <w:r>
        <w:t>Komentar / primer: __________________________________________________________</w:t>
      </w:r>
    </w:p>
    <w:p>
      <w:pPr>
        <w:pStyle w:val="Caption"/>
      </w:pPr>
      <w:r>
        <w:t>Interna referenca: S4-Q13  |  4.2.2 Provera finansijske i operativne sposobnosti</w:t>
      </w:r>
    </w:p>
    <w:p>
      <w:pPr/>
      <w:r>
        <w:rPr>
          <w:b/>
          <w:color w:val="0D223F"/>
        </w:rPr>
        <w:t>C133  Da li proveravate licence, sertifikate, sankcije i potencijalni sukob interesa gde je primenljivo?</w:t>
      </w:r>
    </w:p>
    <w:p>
      <w:r>
        <w:t>☐ Da     ☐ Delimično     ☐ Ne     ☐ Nije primenljivo     ☐ Nije dostupno</w:t>
      </w:r>
    </w:p>
    <w:p>
      <w:r>
        <w:t>Komentar / primer: __________________________________________________________</w:t>
      </w:r>
    </w:p>
    <w:p>
      <w:pPr>
        <w:pStyle w:val="Caption"/>
      </w:pPr>
      <w:r>
        <w:t>Interna referenca: S4-Q14  |  4.2.3 Provera usaglašenosti i integriteta</w:t>
      </w:r>
    </w:p>
    <w:p>
      <w:pPr/>
      <w:r>
        <w:rPr>
          <w:b/>
          <w:color w:val="0D223F"/>
        </w:rPr>
        <w:t>C134  Da li beležite reklamacije, kašnjenja i neusaglašene isporuke?</w:t>
      </w:r>
    </w:p>
    <w:p>
      <w:r>
        <w:t>☐ Da     ☐ Delimično     ☐ Ne     ☐ Nije primenljivo     ☐ Nije dostupno</w:t>
      </w:r>
    </w:p>
    <w:p>
      <w:r>
        <w:t>Komentar / primer: __________________________________________________________</w:t>
      </w:r>
    </w:p>
    <w:p>
      <w:pPr>
        <w:pStyle w:val="Caption"/>
      </w:pPr>
      <w:r>
        <w:t>Interna referenca: S4-Q15  |  4.2.4 Praćenje kvaliteta i isporuka</w:t>
      </w:r>
    </w:p>
    <w:p>
      <w:pPr/>
      <w:r>
        <w:rPr>
          <w:b/>
          <w:color w:val="0D223F"/>
        </w:rPr>
        <w:t>C135  Možete li dostaviti evidenciju porudžbina, rokova i prijema za uzorak dobavljača?</w:t>
      </w:r>
    </w:p>
    <w:p>
      <w:r>
        <w:t>☐ Da     ☐ Delimično     ☐ Ne     ☐ Nije primenljivo     ☐ Nije dostupno</w:t>
      </w:r>
    </w:p>
    <w:p>
      <w:r>
        <w:t>Komentar / primer: __________________________________________________________</w:t>
      </w:r>
    </w:p>
    <w:p>
      <w:pPr>
        <w:pStyle w:val="Caption"/>
      </w:pPr>
      <w:r>
        <w:t>Interna referenca: S4-Q16  |  4.2.4 Praćenje kvaliteta i isporuka</w:t>
      </w:r>
    </w:p>
    <w:p>
      <w:pPr/>
      <w:r>
        <w:rPr>
          <w:b/>
          <w:color w:val="0D223F"/>
        </w:rPr>
        <w:t>C136  Da li sprovodite periodičnu ocenu dobavljača prema unapred definisanim kriterijumima?</w:t>
      </w:r>
    </w:p>
    <w:p>
      <w:r>
        <w:t>☐ Da     ☐ Delimično     ☐ Ne     ☐ Nije primenljivo     ☐ Nije dostupno</w:t>
      </w:r>
    </w:p>
    <w:p>
      <w:r>
        <w:t>Komentar / primer: __________________________________________________________</w:t>
      </w:r>
    </w:p>
    <w:p>
      <w:pPr>
        <w:pStyle w:val="Caption"/>
      </w:pPr>
      <w:r>
        <w:t>Interna referenca: S4-Q17  |  4.2.5 Periodična evaluacija dobavljača</w:t>
      </w:r>
    </w:p>
    <w:p>
      <w:pPr/>
      <w:r>
        <w:rPr>
          <w:b/>
          <w:color w:val="0D223F"/>
        </w:rPr>
        <w:t>C137  Da li rezultati evaluacije utiču na buduće odluke o nabavci?</w:t>
      </w:r>
    </w:p>
    <w:p>
      <w:r>
        <w:t>☐ Da     ☐ Delimično     ☐ Ne     ☐ Nije primenljivo     ☐ Nije dostupno</w:t>
      </w:r>
    </w:p>
    <w:p>
      <w:r>
        <w:t>Komentar / primer: __________________________________________________________</w:t>
      </w:r>
    </w:p>
    <w:p>
      <w:pPr>
        <w:pStyle w:val="Caption"/>
      </w:pPr>
      <w:r>
        <w:t>Interna referenca: S4-Q18  |  4.2.5 Periodična evaluacija dobavljača</w:t>
      </w:r>
    </w:p>
    <w:p>
      <w:pPr/>
      <w:r>
        <w:rPr>
          <w:b/>
          <w:color w:val="0D223F"/>
        </w:rPr>
        <w:t>C138  Kako se upravlja ponovljenim problemima sa dobavljačem?</w:t>
      </w:r>
    </w:p>
    <w:p>
      <w:r>
        <w:t>☐ Da     ☐ Delimično     ☐ Ne     ☐ Nije primenljivo     ☐ Nije dostupno</w:t>
      </w:r>
    </w:p>
    <w:p>
      <w:r>
        <w:t>Komentar / primer: __________________________________________________________</w:t>
      </w:r>
    </w:p>
    <w:p>
      <w:pPr>
        <w:pStyle w:val="Caption"/>
      </w:pPr>
      <w:r>
        <w:t>Interna referenca: S4-Q19  |  4.2.6 Korektivne mere i eskalacija</w:t>
      </w:r>
    </w:p>
    <w:p>
      <w:pPr/>
      <w:r>
        <w:rPr>
          <w:b/>
          <w:color w:val="0D223F"/>
        </w:rPr>
        <w:t>C139  Da li postoje zapisnici o korektivnim merama i njihovom zatvaranju?</w:t>
      </w:r>
    </w:p>
    <w:p>
      <w:r>
        <w:t>☐ Da     ☐ Delimično     ☐ Ne     ☐ Nije primenljivo     ☐ Nije dostupno</w:t>
      </w:r>
    </w:p>
    <w:p>
      <w:r>
        <w:t>Komentar / primer: __________________________________________________________</w:t>
      </w:r>
    </w:p>
    <w:p>
      <w:pPr>
        <w:pStyle w:val="Caption"/>
      </w:pPr>
      <w:r>
        <w:t>Interna referenca: S4-Q20  |  4.2.6 Korektivne mere i eskalacija</w:t>
      </w:r>
    </w:p>
    <w:p>
      <w:pPr/>
      <w:r>
        <w:rPr>
          <w:b/>
          <w:color w:val="0D223F"/>
        </w:rPr>
        <w:t>C140  Da li postoji registar rizika snabdevanja i odgovorna osoba za njegovo ažuriranje?</w:t>
      </w:r>
    </w:p>
    <w:p>
      <w:r>
        <w:t>☐ Da     ☐ Delimično     ☐ Ne     ☐ Nije primenljivo     ☐ Nije dostupno</w:t>
      </w:r>
    </w:p>
    <w:p>
      <w:r>
        <w:t>Komentar / primer: __________________________________________________________</w:t>
      </w:r>
    </w:p>
    <w:p>
      <w:pPr>
        <w:pStyle w:val="Caption"/>
      </w:pPr>
      <w:r>
        <w:t>Interna referenca: S4-Q21  |  4.3.1 Identifikacija i registar rizika</w:t>
      </w:r>
    </w:p>
    <w:p>
      <w:pPr/>
      <w:r>
        <w:rPr>
          <w:b/>
          <w:color w:val="0D223F"/>
        </w:rPr>
        <w:t>C141  Koje vrste rizika pratite (kapacitet, finansije, logistika, geografija, kvalitet)?</w:t>
      </w:r>
    </w:p>
    <w:p>
      <w:r>
        <w:t>☐ Da     ☐ Delimično     ☐ Ne     ☐ Nije primenljivo     ☐ Nije dostupno</w:t>
      </w:r>
    </w:p>
    <w:p>
      <w:r>
        <w:t>Komentar / primer: __________________________________________________________</w:t>
      </w:r>
    </w:p>
    <w:p>
      <w:pPr>
        <w:pStyle w:val="Caption"/>
      </w:pPr>
      <w:r>
        <w:t>Interna referenca: S4-Q22  |  4.3.1 Identifikacija i registar rizika</w:t>
      </w:r>
    </w:p>
    <w:p>
      <w:pPr/>
      <w:r>
        <w:rPr>
          <w:b/>
          <w:color w:val="0D223F"/>
        </w:rPr>
        <w:t>C142  Da li za kritične dobavljače procenjujete verovatnoću i poslovni uticaj prekida?</w:t>
      </w:r>
    </w:p>
    <w:p>
      <w:r>
        <w:t>☐ Da     ☐ Delimično     ☐ Ne     ☐ Nije primenljivo     ☐ Nije dostupno</w:t>
      </w:r>
    </w:p>
    <w:p>
      <w:r>
        <w:t>Komentar / primer: __________________________________________________________</w:t>
      </w:r>
    </w:p>
    <w:p>
      <w:pPr>
        <w:pStyle w:val="Caption"/>
      </w:pPr>
      <w:r>
        <w:t>Interna referenca: S4-Q23  |  4.3.2 Procena verovatnoće i uticaja</w:t>
      </w:r>
    </w:p>
    <w:p>
      <w:pPr/>
      <w:r>
        <w:rPr>
          <w:b/>
          <w:color w:val="0D223F"/>
        </w:rPr>
        <w:t>C143  Kako pratite rane signale problema (kašnjenja, promene vlasništva, finansijski problemi)?</w:t>
      </w:r>
    </w:p>
    <w:p>
      <w:r>
        <w:t>☐ Da     ☐ Delimično     ☐ Ne     ☐ Nije primenljivo     ☐ Nije dostupno</w:t>
      </w:r>
    </w:p>
    <w:p>
      <w:r>
        <w:t>Komentar / primer: __________________________________________________________</w:t>
      </w:r>
    </w:p>
    <w:p>
      <w:pPr>
        <w:pStyle w:val="Caption"/>
      </w:pPr>
      <w:r>
        <w:t>Interna referenca: S4-Q24  |  4.3.3 Praćenje ranih signala rizika</w:t>
      </w:r>
    </w:p>
    <w:p>
      <w:pPr/>
      <w:r>
        <w:rPr>
          <w:b/>
          <w:color w:val="0D223F"/>
        </w:rPr>
        <w:t>C144  Postoje li planovi za prekid isporuke kod kritičnih dobavljača?</w:t>
      </w:r>
    </w:p>
    <w:p>
      <w:r>
        <w:t>☐ Da     ☐ Delimično     ☐ Ne     ☐ Nije primenljivo     ☐ Nije dostupno</w:t>
      </w:r>
    </w:p>
    <w:p>
      <w:r>
        <w:t>Komentar / primer: __________________________________________________________</w:t>
      </w:r>
    </w:p>
    <w:p>
      <w:pPr>
        <w:pStyle w:val="Caption"/>
      </w:pPr>
      <w:r>
        <w:t>Interna referenca: S4-Q25  |  4.3.4 Plan kontinuiteta i oporavka</w:t>
      </w:r>
    </w:p>
    <w:p>
      <w:pPr/>
      <w:r>
        <w:rPr>
          <w:b/>
          <w:color w:val="0D223F"/>
        </w:rPr>
        <w:t>C145  Da li su planovi testirani ili ažurirani tokom poslednjih 12 meseci?</w:t>
      </w:r>
    </w:p>
    <w:p>
      <w:r>
        <w:t>☐ Da     ☐ Delimično     ☐ Ne     ☐ Nije primenljivo     ☐ Nije dostupno</w:t>
      </w:r>
    </w:p>
    <w:p>
      <w:r>
        <w:t>Komentar / primer: __________________________________________________________</w:t>
      </w:r>
    </w:p>
    <w:p>
      <w:pPr>
        <w:pStyle w:val="Caption"/>
      </w:pPr>
      <w:r>
        <w:t>Interna referenca: S4-Q26  |  4.3.4 Plan kontinuiteta i oporavka</w:t>
      </w:r>
    </w:p>
    <w:p>
      <w:pPr/>
      <w:r>
        <w:rPr>
          <w:b/>
          <w:color w:val="0D223F"/>
        </w:rPr>
        <w:t>C146  Da li znate lokacije proizvodnje i ključne logističke zavisnosti kritičnih dobavljača?</w:t>
      </w:r>
    </w:p>
    <w:p>
      <w:r>
        <w:t>☐ Da     ☐ Delimično     ☐ Ne     ☐ Nije primenljivo     ☐ Nije dostupno</w:t>
      </w:r>
    </w:p>
    <w:p>
      <w:r>
        <w:t>Komentar / primer: __________________________________________________________</w:t>
      </w:r>
    </w:p>
    <w:p>
      <w:pPr>
        <w:pStyle w:val="Caption"/>
      </w:pPr>
      <w:r>
        <w:t>Interna referenca: S4-Q27  |  4.3.5 Geografska i logistička izloženost</w:t>
      </w:r>
    </w:p>
    <w:p>
      <w:pPr/>
      <w:r>
        <w:rPr>
          <w:b/>
          <w:color w:val="0D223F"/>
        </w:rPr>
        <w:t>C147  Koje kritične stavke zavise od samo jednog kvalifikovanog izvora?</w:t>
      </w:r>
    </w:p>
    <w:p>
      <w:r>
        <w:t>☐ Da     ☐ Delimično     ☐ Ne     ☐ Nije primenljivo     ☐ Nije dostupno</w:t>
      </w:r>
    </w:p>
    <w:p>
      <w:r>
        <w:t>Komentar / primer: __________________________________________________________</w:t>
      </w:r>
    </w:p>
    <w:p>
      <w:pPr>
        <w:pStyle w:val="Caption"/>
      </w:pPr>
      <w:r>
        <w:t>Interna referenca: S4-Q28  |  4.3.6 Rizik jednog izvora (single-source)</w:t>
      </w:r>
    </w:p>
    <w:p>
      <w:pPr/>
      <w:r>
        <w:rPr>
          <w:b/>
          <w:color w:val="0D223F"/>
        </w:rPr>
        <w:t>C148  Da li su dokumentovani razlozi i mere za takvu zavisnost?</w:t>
      </w:r>
    </w:p>
    <w:p>
      <w:r>
        <w:t>☐ Da     ☐ Delimično     ☐ Ne     ☐ Nije primenljivo     ☐ Nije dostupno</w:t>
      </w:r>
    </w:p>
    <w:p>
      <w:r>
        <w:t>Komentar / primer: __________________________________________________________</w:t>
      </w:r>
    </w:p>
    <w:p>
      <w:pPr>
        <w:pStyle w:val="Caption"/>
      </w:pPr>
      <w:r>
        <w:t>Interna referenca: S4-Q29  |  4.3.6 Rizik jednog izvora (single-source)</w:t>
      </w:r>
    </w:p>
    <w:p>
      <w:pPr/>
      <w:r>
        <w:rPr>
          <w:b/>
          <w:color w:val="0D223F"/>
        </w:rPr>
        <w:t>C149  Da li se sa strateškim dobavljačima održavaju periodični poslovni sastanci?</w:t>
      </w:r>
    </w:p>
    <w:p>
      <w:r>
        <w:t>☐ Da     ☐ Delimično     ☐ Ne     ☐ Nije primenljivo     ☐ Nije dostupno</w:t>
      </w:r>
    </w:p>
    <w:p>
      <w:r>
        <w:t>Komentar / primer: __________________________________________________________</w:t>
      </w:r>
    </w:p>
    <w:p>
      <w:pPr>
        <w:pStyle w:val="Caption"/>
      </w:pPr>
      <w:r>
        <w:t>Interna referenca: S4-Q30  |  4.4.1 Upravljanje odnosima sa ključnim dobavljačima</w:t>
      </w:r>
    </w:p>
    <w:p>
      <w:pPr/>
      <w:r>
        <w:rPr>
          <w:b/>
          <w:color w:val="0D223F"/>
        </w:rPr>
        <w:t>C150  Da li imate planove razvoja dobavljača sa ciljevima, rokovima i odgovornostima?</w:t>
      </w:r>
    </w:p>
    <w:p>
      <w:r>
        <w:t>☐ Da     ☐ Delimično     ☐ Ne     ☐ Nije primenljivo     ☐ Nije dostupno</w:t>
      </w:r>
    </w:p>
    <w:p>
      <w:r>
        <w:t>Komentar / primer: __________________________________________________________</w:t>
      </w:r>
    </w:p>
    <w:p>
      <w:pPr>
        <w:pStyle w:val="Caption"/>
      </w:pPr>
      <w:r>
        <w:t>Interna referenca: S4-Q31  |  4.4.2 Planovi razvoja dobavljača</w:t>
      </w:r>
    </w:p>
    <w:p>
      <w:pPr/>
      <w:r>
        <w:rPr>
          <w:b/>
          <w:color w:val="0D223F"/>
        </w:rPr>
        <w:t>C151  Da li identifikujete lokalne dobavljače sa potencijalom za razvoj?</w:t>
      </w:r>
    </w:p>
    <w:p>
      <w:r>
        <w:t>☐ Da     ☐ Delimično     ☐ Ne     ☐ Nije primenljivo     ☐ Nije dostupno</w:t>
      </w:r>
    </w:p>
    <w:p>
      <w:r>
        <w:t>Komentar / primer: __________________________________________________________</w:t>
      </w:r>
    </w:p>
    <w:p>
      <w:pPr>
        <w:pStyle w:val="Caption"/>
      </w:pPr>
      <w:r>
        <w:t>Interna referenca: S4-Q32  |  4.4.3 Razvoj lokalnih dobavljača</w:t>
      </w:r>
    </w:p>
    <w:p>
      <w:pPr/>
      <w:r>
        <w:rPr>
          <w:b/>
          <w:color w:val="0D223F"/>
        </w:rPr>
        <w:t>C152  Kako proveravate da li je njihovo poslovanje održivo i konkurentno bez vaše stalne podrške?</w:t>
      </w:r>
    </w:p>
    <w:p>
      <w:r>
        <w:t>☐ Da     ☐ Delimično     ☐ Ne     ☐ Nije primenljivo     ☐ Nije dostupno</w:t>
      </w:r>
    </w:p>
    <w:p>
      <w:r>
        <w:t>Komentar / primer: __________________________________________________________</w:t>
      </w:r>
    </w:p>
    <w:p>
      <w:pPr>
        <w:pStyle w:val="Caption"/>
      </w:pPr>
      <w:r>
        <w:t>Interna referenca: S4-Q33  |  4.4.3 Razvoj lokalnih dobavljača</w:t>
      </w:r>
    </w:p>
    <w:p>
      <w:pPr/>
      <w:r>
        <w:rPr>
          <w:b/>
          <w:color w:val="0D223F"/>
        </w:rPr>
        <w:t>C153  Da li se kod relevantnih dobavljača proveravaju radni, ekološki i etički zahtevi?</w:t>
      </w:r>
    </w:p>
    <w:p>
      <w:r>
        <w:t>☐ Da     ☐ Delimično     ☐ Ne     ☐ Nije primenljivo     ☐ Nije dostupno</w:t>
      </w:r>
    </w:p>
    <w:p>
      <w:r>
        <w:t>Komentar / primer: __________________________________________________________</w:t>
      </w:r>
    </w:p>
    <w:p>
      <w:pPr>
        <w:pStyle w:val="Caption"/>
      </w:pPr>
      <w:r>
        <w:t>Interna referenca: S4-Q34  |  4.4.4 Održivost i odgovorno poslovanje</w:t>
      </w:r>
    </w:p>
    <w:p>
      <w:pPr/>
      <w:r>
        <w:rPr>
          <w:b/>
          <w:color w:val="0D223F"/>
        </w:rPr>
        <w:t>C154  Da li postoji proces prikupljanja predloga dobavljača za unapređenje troškova, kvaliteta ili pouzdanosti?</w:t>
      </w:r>
    </w:p>
    <w:p>
      <w:r>
        <w:t>☐ Da     ☐ Delimično     ☐ Ne     ☐ Nije primenljivo     ☐ Nije dostupno</w:t>
      </w:r>
    </w:p>
    <w:p>
      <w:r>
        <w:t>Komentar / primer: __________________________________________________________</w:t>
      </w:r>
    </w:p>
    <w:p>
      <w:pPr>
        <w:pStyle w:val="Caption"/>
      </w:pPr>
      <w:r>
        <w:t>Interna referenca: S4-Q35  |  4.4.5 Inovacije i zajedničko unapređenje</w:t>
      </w:r>
    </w:p>
    <w:p>
      <w:pPr/>
      <w:r>
        <w:rPr>
          <w:b/>
          <w:color w:val="0D223F"/>
        </w:rPr>
        <w:t>C155  Možete li dostaviti dogovorene i stvarne datume isporuke za uzorak porudžbina?</w:t>
      </w:r>
    </w:p>
    <w:p>
      <w:r>
        <w:t>☐ Da     ☐ Delimično     ☐ Ne     ☐ Nije primenljivo     ☐ Nije dostupno</w:t>
      </w:r>
    </w:p>
    <w:p>
      <w:r>
        <w:t>Komentar / primer: __________________________________________________________</w:t>
      </w:r>
    </w:p>
    <w:p>
      <w:pPr>
        <w:pStyle w:val="Caption"/>
      </w:pPr>
      <w:r>
        <w:t>Interna referenca: S4-Q36  |  4.5.1 Tačnost isporuka na vreme (OTD)</w:t>
      </w:r>
    </w:p>
    <w:p>
      <w:pPr/>
      <w:r>
        <w:rPr>
          <w:b/>
          <w:color w:val="0D223F"/>
        </w:rPr>
        <w:t>C156  Možete li dostaviti broj ili količinu reklamiranih/neusaglašenih isporuka i ukupan broj/količinu prijema?</w:t>
      </w:r>
    </w:p>
    <w:p>
      <w:r>
        <w:t>☐ Da     ☐ Delimično     ☐ Ne     ☐ Nije primenljivo     ☐ Nije dostupno</w:t>
      </w:r>
    </w:p>
    <w:p>
      <w:r>
        <w:t>Komentar / primer: __________________________________________________________</w:t>
      </w:r>
    </w:p>
    <w:p>
      <w:pPr>
        <w:pStyle w:val="Caption"/>
      </w:pPr>
      <w:r>
        <w:t>Interna referenca: S4-Q37  |  4.5.2 Kvalitet isporuka</w:t>
      </w:r>
    </w:p>
    <w:p>
      <w:pPr/>
      <w:r>
        <w:rPr>
          <w:b/>
          <w:color w:val="0D223F"/>
        </w:rPr>
        <w:t>C157  Možete li označiti kritične dobavljače i kategorije koje imaju kvalifikovanu alternativu?</w:t>
      </w:r>
    </w:p>
    <w:p>
      <w:r>
        <w:t>☐ Da     ☐ Delimično     ☐ Ne     ☐ Nije primenljivo     ☐ Nije dostupno</w:t>
      </w:r>
    </w:p>
    <w:p>
      <w:r>
        <w:t>Komentar / primer: __________________________________________________________</w:t>
      </w:r>
    </w:p>
    <w:p>
      <w:pPr>
        <w:pStyle w:val="Caption"/>
      </w:pPr>
      <w:r>
        <w:t>Interna referenca: S4-Q38  |  4.5.3 Koncentracija i pokrivenost alternativama</w:t>
      </w:r>
    </w:p>
    <w:p>
      <w:pPr/>
      <w:r>
        <w:rPr>
          <w:b/>
          <w:color w:val="0D223F"/>
        </w:rPr>
        <w:t>C158  Možete li dostaviti postojeće politike, procedure, izveštaje o evaluaciji i registar rizika?</w:t>
      </w:r>
    </w:p>
    <w:p>
      <w:r>
        <w:t>☐ Da     ☐ Delimično     ☐ Ne     ☐ Nije primenljivo     ☐ Nije poznato</w:t>
      </w:r>
    </w:p>
    <w:p>
      <w:r>
        <w:t>Komentar / primer: __________________________________________________________</w:t>
      </w:r>
    </w:p>
    <w:p>
      <w:pPr>
        <w:pStyle w:val="Caption"/>
      </w:pPr>
      <w:r>
        <w:t>Interna referenca: S4-Q39  |  4.5.4 Indeks zrelosti upravljanja dobavljačima</w:t>
      </w:r>
    </w:p>
    <w:p>
      <w:pPr>
        <w:pStyle w:val="Heading1"/>
      </w:pPr>
      <w:r>
        <w:t>5. Upravljanje ugovorima i komercijalnim uslovima</w:t>
      </w:r>
    </w:p>
    <w:p>
      <w:pPr/>
      <w:r>
        <w:rPr>
          <w:b/>
          <w:color w:val="0D223F"/>
        </w:rPr>
        <w:t>C159  Da li postoji jedinstven registar aktivnih ugovora?</w:t>
      </w:r>
    </w:p>
    <w:p>
      <w:r>
        <w:t>☐ Da     ☐ Delimično     ☐ Ne     ☐ Nije primenljivo     ☐ Nije poznato</w:t>
      </w:r>
    </w:p>
    <w:p>
      <w:r>
        <w:t>Komentar / primer: __________________________________________________________</w:t>
      </w:r>
    </w:p>
    <w:p>
      <w:pPr>
        <w:pStyle w:val="Caption"/>
      </w:pPr>
      <w:r>
        <w:t>Interna referenca: S5-Q01  |  5.1.1 Registar ugovora</w:t>
      </w:r>
    </w:p>
    <w:p>
      <w:pPr/>
      <w:r>
        <w:rPr>
          <w:b/>
          <w:color w:val="0D223F"/>
        </w:rPr>
        <w:t>C160  Da li se evidentiraju vlasnik ugovora, dobavljač, kategorija i vrednost?</w:t>
      </w:r>
    </w:p>
    <w:p>
      <w:r>
        <w:t>☐ Da     ☐ Delimično     ☐ Ne     ☐ Nije primenljivo     ☐ Nije poznato</w:t>
      </w:r>
    </w:p>
    <w:p>
      <w:r>
        <w:t>Komentar / primer: __________________________________________________________</w:t>
      </w:r>
    </w:p>
    <w:p>
      <w:pPr>
        <w:pStyle w:val="Caption"/>
      </w:pPr>
      <w:r>
        <w:t>Interna referenca: S5-Q02  |  5.1.1 Registar ugovora</w:t>
      </w:r>
    </w:p>
    <w:p>
      <w:pPr/>
      <w:r>
        <w:rPr>
          <w:b/>
          <w:color w:val="0D223F"/>
        </w:rPr>
        <w:t>C161  Da li koristite standardne obrasce ugovora i odobrene klauzule?</w:t>
      </w:r>
    </w:p>
    <w:p>
      <w:r>
        <w:t>☐ Da     ☐ Delimično     ☐ Ne     ☐ Nije primenljivo     ☐ Nije poznato</w:t>
      </w:r>
    </w:p>
    <w:p>
      <w:r>
        <w:t>Komentar / primer: __________________________________________________________</w:t>
      </w:r>
    </w:p>
    <w:p>
      <w:pPr>
        <w:pStyle w:val="Caption"/>
      </w:pPr>
      <w:r>
        <w:t>Interna referenca: S5-Q03  |  5.1.2 Standardizacija ugovora</w:t>
      </w:r>
    </w:p>
    <w:p>
      <w:pPr/>
      <w:r>
        <w:rPr>
          <w:b/>
          <w:color w:val="0D223F"/>
        </w:rPr>
        <w:t>C162  Kako se ugovori pregledaju i odobravaju pre potpisivanja?</w:t>
      </w:r>
    </w:p>
    <w:p>
      <w:r>
        <w:t>☐ Da     ☐ Delimično     ☐ Ne     ☐ Nije primenljivo     ☐ Nije poznato</w:t>
      </w:r>
    </w:p>
    <w:p>
      <w:r>
        <w:t>Komentar / primer: __________________________________________________________</w:t>
      </w:r>
    </w:p>
    <w:p>
      <w:pPr>
        <w:pStyle w:val="Caption"/>
      </w:pPr>
      <w:r>
        <w:t>Interna referenca: S5-Q04  |  5.1.3 Proces ugovaranja</w:t>
      </w:r>
    </w:p>
    <w:p>
      <w:pPr/>
      <w:r>
        <w:rPr>
          <w:b/>
          <w:color w:val="0D223F"/>
        </w:rPr>
        <w:t>C163  Da li su odgovornosti pravne službe, nabavke i korisnika definisane?</w:t>
      </w:r>
    </w:p>
    <w:p>
      <w:r>
        <w:t>☐ Da     ☐ Delimično     ☐ Ne     ☐ Nije primenljivo     ☐ Nije poznato</w:t>
      </w:r>
    </w:p>
    <w:p>
      <w:r>
        <w:t>Komentar / primer: __________________________________________________________</w:t>
      </w:r>
    </w:p>
    <w:p>
      <w:pPr>
        <w:pStyle w:val="Caption"/>
      </w:pPr>
      <w:r>
        <w:t>Interna referenca: S5-Q05  |  5.1.3 Proces ugovaranja</w:t>
      </w:r>
    </w:p>
    <w:p>
      <w:pPr/>
      <w:r>
        <w:rPr>
          <w:b/>
          <w:color w:val="0D223F"/>
        </w:rPr>
        <w:t>C164  Kako pratite datume isteka, otkazne rokove i automatsko produženje?</w:t>
      </w:r>
    </w:p>
    <w:p>
      <w:r>
        <w:t>☐ Da     ☐ Delimično     ☐ Ne     ☐ Nije primenljivo     ☐ Nije poznato</w:t>
      </w:r>
    </w:p>
    <w:p>
      <w:r>
        <w:t>Komentar / primer: __________________________________________________________</w:t>
      </w:r>
    </w:p>
    <w:p>
      <w:pPr>
        <w:pStyle w:val="Caption"/>
      </w:pPr>
      <w:r>
        <w:t>Interna referenca: S5-Q06  |  5.1.4 Rokovi i obnavljanje</w:t>
      </w:r>
    </w:p>
    <w:p>
      <w:pPr/>
      <w:r>
        <w:rPr>
          <w:b/>
          <w:color w:val="0D223F"/>
        </w:rPr>
        <w:t>C165  Da li se proverava realizacija ugovorenih količina, cena i nivoa usluge?</w:t>
      </w:r>
    </w:p>
    <w:p>
      <w:r>
        <w:t>☐ Da     ☐ Delimično     ☐ Ne     ☐ Nije primenljivo     ☐ Nije poznato</w:t>
      </w:r>
    </w:p>
    <w:p>
      <w:r>
        <w:t>Komentar / primer: __________________________________________________________</w:t>
      </w:r>
    </w:p>
    <w:p>
      <w:pPr>
        <w:pStyle w:val="Caption"/>
      </w:pPr>
      <w:r>
        <w:t>Interna referenca: S5-Q07  |  5.1.5 Izvršenje ugovora</w:t>
      </w:r>
    </w:p>
    <w:p>
      <w:pPr/>
      <w:r>
        <w:rPr>
          <w:b/>
          <w:color w:val="0D223F"/>
        </w:rPr>
        <w:t>C166  Kako se evidentiraju odstupanja i reklamacije prema ugovoru?</w:t>
      </w:r>
    </w:p>
    <w:p>
      <w:r>
        <w:t>☐ Da     ☐ Delimično     ☐ Ne     ☐ Nije primenljivo     ☐ Nije poznato</w:t>
      </w:r>
    </w:p>
    <w:p>
      <w:r>
        <w:t>Komentar / primer: __________________________________________________________</w:t>
      </w:r>
    </w:p>
    <w:p>
      <w:pPr>
        <w:pStyle w:val="Caption"/>
      </w:pPr>
      <w:r>
        <w:t>Interna referenca: S5-Q08  |  5.1.5 Izvršenje ugovora</w:t>
      </w:r>
    </w:p>
    <w:p>
      <w:pPr/>
      <w:r>
        <w:rPr>
          <w:b/>
          <w:color w:val="0D223F"/>
        </w:rPr>
        <w:t>C167  Da li su aneksi, verzije i prateća dokumentacija centralno dostupni?</w:t>
      </w:r>
    </w:p>
    <w:p>
      <w:r>
        <w:t>☐ Da     ☐ Delimično     ☐ Ne     ☐ Nije primenljivo     ☐ Nije poznato</w:t>
      </w:r>
    </w:p>
    <w:p>
      <w:r>
        <w:t>Komentar / primer: __________________________________________________________</w:t>
      </w:r>
    </w:p>
    <w:p>
      <w:pPr>
        <w:pStyle w:val="Caption"/>
      </w:pPr>
      <w:r>
        <w:t>Interna referenca: S5-Q09  |  5.1.6 Izmene i arhiviranje</w:t>
      </w:r>
    </w:p>
    <w:p>
      <w:pPr/>
      <w:r>
        <w:rPr>
          <w:b/>
          <w:color w:val="0D223F"/>
        </w:rPr>
        <w:t>C168  Gde se čuvaju važeće ugovorene cene i cenovnici?</w:t>
      </w:r>
    </w:p>
    <w:p>
      <w:r>
        <w:t>☐ Da     ☐ Delimično     ☐ Ne     ☐ Nije primenljivo     ☐ Nije poznato</w:t>
      </w:r>
    </w:p>
    <w:p>
      <w:r>
        <w:t>Komentar / primer: __________________________________________________________</w:t>
      </w:r>
    </w:p>
    <w:p>
      <w:pPr>
        <w:pStyle w:val="Caption"/>
      </w:pPr>
      <w:r>
        <w:t>Interna referenca: S5-Q10  |  5.2.1 Ugovorene cene i cenovnici</w:t>
      </w:r>
    </w:p>
    <w:p>
      <w:pPr/>
      <w:r>
        <w:rPr>
          <w:b/>
          <w:color w:val="0D223F"/>
        </w:rPr>
        <w:t>C169  Da li se fakturisane cene proveravaju prema ugovorenim?</w:t>
      </w:r>
    </w:p>
    <w:p>
      <w:r>
        <w:t>☐ Da     ☐ Delimično     ☐ Ne     ☐ Nije primenljivo     ☐ Nije poznato</w:t>
      </w:r>
    </w:p>
    <w:p>
      <w:r>
        <w:t>Komentar / primer: __________________________________________________________</w:t>
      </w:r>
    </w:p>
    <w:p>
      <w:pPr>
        <w:pStyle w:val="Caption"/>
      </w:pPr>
      <w:r>
        <w:t>Interna referenca: S5-Q11  |  5.2.1 Ugovorene cene i cenovnici</w:t>
      </w:r>
    </w:p>
    <w:p>
      <w:pPr/>
      <w:r>
        <w:rPr>
          <w:b/>
          <w:color w:val="0D223F"/>
        </w:rPr>
        <w:t>C170  Da li su uslovi plaćanja standardizovani i dokumentovani?</w:t>
      </w:r>
    </w:p>
    <w:p>
      <w:r>
        <w:t>☐ Da     ☐ Delimično     ☐ Ne     ☐ Nije primenljivo     ☐ Nije poznato</w:t>
      </w:r>
    </w:p>
    <w:p>
      <w:r>
        <w:t>Komentar / primer: __________________________________________________________</w:t>
      </w:r>
    </w:p>
    <w:p>
      <w:pPr>
        <w:pStyle w:val="Caption"/>
      </w:pPr>
      <w:r>
        <w:t>Interna referenca: S5-Q12  |  5.2.2 Uslovi plaćanja</w:t>
      </w:r>
    </w:p>
    <w:p>
      <w:pPr/>
      <w:r>
        <w:rPr>
          <w:b/>
          <w:color w:val="0D223F"/>
        </w:rPr>
        <w:t>C171  Da li postoji pregled rokova plaćanja po dobavljačima?</w:t>
      </w:r>
    </w:p>
    <w:p>
      <w:r>
        <w:t>☐ Da     ☐ Delimično     ☐ Ne     ☐ Nije primenljivo     ☐ Nije poznato</w:t>
      </w:r>
    </w:p>
    <w:p>
      <w:r>
        <w:t>Komentar / primer: __________________________________________________________</w:t>
      </w:r>
    </w:p>
    <w:p>
      <w:pPr>
        <w:pStyle w:val="Caption"/>
      </w:pPr>
      <w:r>
        <w:t>Interna referenca: S5-Q13  |  5.2.2 Uslovi plaćanja</w:t>
      </w:r>
    </w:p>
    <w:p>
      <w:pPr/>
      <w:r>
        <w:rPr>
          <w:b/>
          <w:color w:val="0D223F"/>
        </w:rPr>
        <w:t>C172  Kako se ugovaraju i kontrolišu rabati, bonusi i retroaktivni popusti?</w:t>
      </w:r>
    </w:p>
    <w:p>
      <w:r>
        <w:t>☐ Da     ☐ Delimično     ☐ Ne     ☐ Nije primenljivo     ☐ Nije poznato</w:t>
      </w:r>
    </w:p>
    <w:p>
      <w:r>
        <w:t>Komentar / primer: __________________________________________________________</w:t>
      </w:r>
    </w:p>
    <w:p>
      <w:pPr>
        <w:pStyle w:val="Caption"/>
      </w:pPr>
      <w:r>
        <w:t>Interna referenca: S5-Q14  |  5.2.3 Rabati i bonusi</w:t>
      </w:r>
    </w:p>
    <w:p>
      <w:pPr/>
      <w:r>
        <w:rPr>
          <w:b/>
          <w:color w:val="0D223F"/>
        </w:rPr>
        <w:t>C173  Da li su pravila indeksacije i promene cena unapred definisana?</w:t>
      </w:r>
    </w:p>
    <w:p>
      <w:r>
        <w:t>☐ Da     ☐ Delimično     ☐ Ne     ☐ Nije primenljivo     ☐ Nije poznato</w:t>
      </w:r>
    </w:p>
    <w:p>
      <w:r>
        <w:t>Komentar / primer: __________________________________________________________</w:t>
      </w:r>
    </w:p>
    <w:p>
      <w:pPr>
        <w:pStyle w:val="Caption"/>
      </w:pPr>
      <w:r>
        <w:t>Interna referenca: S5-Q15  |  5.2.4 Indeksacija i korekcije cena</w:t>
      </w:r>
    </w:p>
    <w:p>
      <w:pPr/>
      <w:r>
        <w:rPr>
          <w:b/>
          <w:color w:val="0D223F"/>
        </w:rPr>
        <w:t>C174  Da li su rokovi isporuke, pariteti, garancije i penali jasno ugovoreni?</w:t>
      </w:r>
    </w:p>
    <w:p>
      <w:r>
        <w:t>☐ Da     ☐ Delimično     ☐ Ne     ☐ Nije primenljivo     ☐ Nije poznato</w:t>
      </w:r>
    </w:p>
    <w:p>
      <w:r>
        <w:t>Komentar / primer: __________________________________________________________</w:t>
      </w:r>
    </w:p>
    <w:p>
      <w:pPr>
        <w:pStyle w:val="Caption"/>
      </w:pPr>
      <w:r>
        <w:t>Interna referenca: S5-Q16  |  5.2.5 Isporuka, logistika i garancije</w:t>
      </w:r>
    </w:p>
    <w:p>
      <w:pPr/>
      <w:r>
        <w:rPr>
          <w:b/>
          <w:color w:val="0D223F"/>
        </w:rPr>
        <w:t>C175  Da li se ponude porede na osnovu ukupnih troškova i jednakih pretpostavki?</w:t>
      </w:r>
    </w:p>
    <w:p>
      <w:r>
        <w:t>☐ Da     ☐ Delimično     ☐ Ne     ☐ Nije primenljivo     ☐ Nije poznato</w:t>
      </w:r>
    </w:p>
    <w:p>
      <w:r>
        <w:t>Komentar / primer: __________________________________________________________</w:t>
      </w:r>
    </w:p>
    <w:p>
      <w:pPr>
        <w:pStyle w:val="Caption"/>
      </w:pPr>
      <w:r>
        <w:t>Interna referenca: S5-Q17  |  5.2.6 Poređenje komercijalnih ponuda</w:t>
      </w:r>
    </w:p>
    <w:p>
      <w:pPr/>
      <w:r>
        <w:rPr>
          <w:b/>
          <w:color w:val="0D223F"/>
        </w:rPr>
        <w:t>C176  Da li možete povezati transakcije potrošnje sa važećim ugovorima?</w:t>
      </w:r>
    </w:p>
    <w:p>
      <w:r>
        <w:t>☐ Da     ☐ Delimično     ☐ Ne     ☐ Nije primenljivo     ☐ Nije poznato</w:t>
      </w:r>
    </w:p>
    <w:p>
      <w:r>
        <w:t>Komentar / primer: __________________________________________________________</w:t>
      </w:r>
    </w:p>
    <w:p>
      <w:pPr>
        <w:pStyle w:val="Caption"/>
      </w:pPr>
      <w:r>
        <w:t>Interna referenca: S5-Q18  |  5.3.1 Pokrivenost potrošnje ugovorima</w:t>
      </w:r>
    </w:p>
    <w:p>
      <w:pPr/>
      <w:r>
        <w:rPr>
          <w:b/>
          <w:color w:val="0D223F"/>
        </w:rPr>
        <w:t>C177  Kako se otkrivaju nabavke van važećih ugovora?</w:t>
      </w:r>
    </w:p>
    <w:p>
      <w:r>
        <w:t>☐ Da     ☐ Delimično     ☐ Ne     ☐ Nije primenljivo     ☐ Nije poznato</w:t>
      </w:r>
    </w:p>
    <w:p>
      <w:r>
        <w:t>Komentar / primer: __________________________________________________________</w:t>
      </w:r>
    </w:p>
    <w:p>
      <w:pPr>
        <w:pStyle w:val="Caption"/>
      </w:pPr>
      <w:r>
        <w:t>Interna referenca: S5-Q19  |  5.3.2 Potrošnja van ugovora</w:t>
      </w:r>
    </w:p>
    <w:p>
      <w:pPr/>
      <w:r>
        <w:rPr>
          <w:b/>
          <w:color w:val="0D223F"/>
        </w:rPr>
        <w:t>C178  Da li se procenjuju rizici prekida, odgovornosti, poverljivosti i usklađenosti?</w:t>
      </w:r>
    </w:p>
    <w:p>
      <w:r>
        <w:t>☐ Da     ☐ Delimično     ☐ Ne     ☐ Nije primenljivo     ☐ Nije poznato</w:t>
      </w:r>
    </w:p>
    <w:p>
      <w:r>
        <w:t>Komentar / primer: __________________________________________________________</w:t>
      </w:r>
    </w:p>
    <w:p>
      <w:pPr>
        <w:pStyle w:val="Caption"/>
      </w:pPr>
      <w:r>
        <w:t>Interna referenca: S5-Q20  |  5.3.3 Ugovorni rizici</w:t>
      </w:r>
    </w:p>
    <w:p>
      <w:pPr/>
      <w:r>
        <w:rPr>
          <w:b/>
          <w:color w:val="0D223F"/>
        </w:rPr>
        <w:t>C179  Da li se prate ugovorene obaveze i SLA pokazatelji?</w:t>
      </w:r>
    </w:p>
    <w:p>
      <w:r>
        <w:t>☐ Da     ☐ Delimično     ☐ Ne     ☐ Nije primenljivo     ☐ Nije poznato</w:t>
      </w:r>
    </w:p>
    <w:p>
      <w:r>
        <w:t>Komentar / primer: __________________________________________________________</w:t>
      </w:r>
    </w:p>
    <w:p>
      <w:pPr>
        <w:pStyle w:val="Caption"/>
      </w:pPr>
      <w:r>
        <w:t>Interna referenca: S5-Q21  |  5.3.4 Obaveze i SLA</w:t>
      </w:r>
    </w:p>
    <w:p>
      <w:pPr/>
      <w:r>
        <w:rPr>
          <w:b/>
          <w:color w:val="0D223F"/>
        </w:rPr>
        <w:t>C180  Kako se evidentiraju ugovorni sporovi, penali i reklamacije?</w:t>
      </w:r>
    </w:p>
    <w:p>
      <w:r>
        <w:t>☐ Da     ☐ Delimično     ☐ Ne     ☐ Nije primenljivo     ☐ Nije poznato</w:t>
      </w:r>
    </w:p>
    <w:p>
      <w:r>
        <w:t>Komentar / primer: __________________________________________________________</w:t>
      </w:r>
    </w:p>
    <w:p>
      <w:pPr>
        <w:pStyle w:val="Caption"/>
      </w:pPr>
      <w:r>
        <w:t>Interna referenca: S5-Q22  |  5.3.5 Sporovi i reklamacije</w:t>
      </w:r>
    </w:p>
    <w:p>
      <w:pPr/>
      <w:r>
        <w:rPr>
          <w:b/>
          <w:color w:val="0D223F"/>
        </w:rPr>
        <w:t>C181  Da li svaki važan ugovor ima imenovanog odgovornog vlasnika?</w:t>
      </w:r>
    </w:p>
    <w:p>
      <w:r>
        <w:t>☐ Da     ☐ Delimično     ☐ Ne     ☐ Nije primenljivo     ☐ Nije poznato</w:t>
      </w:r>
    </w:p>
    <w:p>
      <w:r>
        <w:t>Komentar / primer: __________________________________________________________</w:t>
      </w:r>
    </w:p>
    <w:p>
      <w:pPr>
        <w:pStyle w:val="Caption"/>
      </w:pPr>
      <w:r>
        <w:t>Interna referenca: S5-Q23  |  5.3.6 Odgovornost za ugovor</w:t>
      </w:r>
    </w:p>
    <w:p>
      <w:pPr/>
      <w:r>
        <w:rPr>
          <w:b/>
          <w:color w:val="0D223F"/>
        </w:rPr>
        <w:t>C182  Možete li dostaviti spend izveštaj i registar ugovora za isti period?</w:t>
      </w:r>
    </w:p>
    <w:p>
      <w:r>
        <w:t>☐ Da     ☐ Delimično     ☐ Ne     ☐ Nije primenljivo     ☐ Nije poznato</w:t>
      </w:r>
    </w:p>
    <w:p>
      <w:r>
        <w:t>Komentar / primer: __________________________________________________________</w:t>
      </w:r>
    </w:p>
    <w:p>
      <w:pPr>
        <w:pStyle w:val="Caption"/>
      </w:pPr>
      <w:r>
        <w:t>Interna referenca: S5-Q24  |  5.4.1 Udeo ugovorene potrošnje</w:t>
      </w:r>
    </w:p>
    <w:p>
      <w:pPr/>
      <w:r>
        <w:rPr>
          <w:b/>
          <w:color w:val="0D223F"/>
        </w:rPr>
        <w:t>C183  Da li se može označiti da li je svaka transakcija obuhvaćena ugovorom?</w:t>
      </w:r>
    </w:p>
    <w:p>
      <w:r>
        <w:t>☐ Da     ☐ Delimično     ☐ Ne     ☐ Nije primenljivo     ☐ Nije poznato</w:t>
      </w:r>
    </w:p>
    <w:p>
      <w:r>
        <w:t>Komentar / primer: __________________________________________________________</w:t>
      </w:r>
    </w:p>
    <w:p>
      <w:pPr>
        <w:pStyle w:val="Caption"/>
      </w:pPr>
      <w:r>
        <w:t>Interna referenca: S5-Q25  |  5.4.2 Udeo potrošnje van ugovora</w:t>
      </w:r>
    </w:p>
    <w:p>
      <w:pPr/>
      <w:r>
        <w:rPr>
          <w:b/>
          <w:color w:val="0D223F"/>
        </w:rPr>
        <w:t>C184  Možete li dostaviti uzorak faktura i odgovarajuće ugovorene cenovnike?</w:t>
      </w:r>
    </w:p>
    <w:p>
      <w:r>
        <w:t>☐ Da     ☐ Delimično     ☐ Ne     ☐ Nije primenljivo     ☐ Nije poznato</w:t>
      </w:r>
    </w:p>
    <w:p>
      <w:r>
        <w:t>Komentar / primer: __________________________________________________________</w:t>
      </w:r>
    </w:p>
    <w:p>
      <w:pPr>
        <w:pStyle w:val="Caption"/>
      </w:pPr>
      <w:r>
        <w:t>Interna referenca: S5-Q26  |  5.4.3 Usklađenost fakturisanih cena</w:t>
      </w:r>
    </w:p>
    <w:p>
      <w:pPr/>
      <w:r>
        <w:rPr>
          <w:b/>
          <w:color w:val="0D223F"/>
        </w:rPr>
        <w:t>C185  Da li registar ugovora sadrži broj dana ugovorenog roka plaćanja?</w:t>
      </w:r>
    </w:p>
    <w:p>
      <w:r>
        <w:t>☐ Da     ☐ Delimično     ☐ Ne     ☐ Nije primenljivo     ☐ Nije poznato</w:t>
      </w:r>
    </w:p>
    <w:p>
      <w:r>
        <w:t>Komentar / primer: __________________________________________________________</w:t>
      </w:r>
    </w:p>
    <w:p>
      <w:pPr>
        <w:pStyle w:val="Caption"/>
      </w:pPr>
      <w:r>
        <w:t>Interna referenca: S5-Q27  |  5.4.4 Prosečni ugovoreni rok plaćanja</w:t>
      </w:r>
    </w:p>
    <w:p>
      <w:pPr/>
      <w:r>
        <w:rPr>
          <w:b/>
          <w:color w:val="0D223F"/>
        </w:rPr>
        <w:t>C186  Da li su dostupni datumi isteka ugovora i otkazni rokovi?</w:t>
      </w:r>
    </w:p>
    <w:p>
      <w:r>
        <w:t>☐ Da     ☐ Delimično     ☐ Ne     ☐ Nije primenljivo     ☐ Nije poznato</w:t>
      </w:r>
    </w:p>
    <w:p>
      <w:r>
        <w:t>Komentar / primer: __________________________________________________________</w:t>
      </w:r>
    </w:p>
    <w:p>
      <w:pPr>
        <w:pStyle w:val="Caption"/>
      </w:pPr>
      <w:r>
        <w:t>Interna referenca: S5-Q28  |  5.4.5 Ugovori pred istekom</w:t>
      </w:r>
    </w:p>
    <w:p>
      <w:pPr/>
      <w:r>
        <w:rPr>
          <w:b/>
          <w:color w:val="0D223F"/>
        </w:rPr>
        <w:t>C187  Da li možete dostaviti procedure i dokaze o primeni ugovornih kontrola?</w:t>
      </w:r>
    </w:p>
    <w:p>
      <w:r>
        <w:t>☐ Da     ☐ Delimično     ☐ Ne     ☐ Nije primenljivo     ☐ Nije poznato</w:t>
      </w:r>
    </w:p>
    <w:p>
      <w:r>
        <w:t>Komentar / primer: __________________________________________________________</w:t>
      </w:r>
    </w:p>
    <w:p>
      <w:pPr>
        <w:pStyle w:val="Caption"/>
      </w:pPr>
      <w:r>
        <w:t>Interna referenca: S5-Q29  |  5.4.6 Indeks zrelosti upravljanja ugovorima</w:t>
      </w:r>
    </w:p>
    <w:p>
      <w:pPr>
        <w:pStyle w:val="Heading1"/>
      </w:pPr>
      <w:r>
        <w:t>6. Performanse, digitalizacija i stvaranje vrednosti</w:t>
      </w:r>
    </w:p>
    <w:p>
      <w:pPr/>
      <w:r>
        <w:rPr>
          <w:b/>
          <w:color w:val="0D223F"/>
        </w:rPr>
        <w:t>C188  Da li su formalno definisani KPI nabavke?</w:t>
      </w:r>
    </w:p>
    <w:p>
      <w:r>
        <w:t>☐ Da     ☐ Delimično     ☐ Ne     ☐ Nije primenljivo     ☐ Nije dostupno</w:t>
      </w:r>
    </w:p>
    <w:p>
      <w:r>
        <w:t>Komentar / primer: __________________________________________________________</w:t>
      </w:r>
    </w:p>
    <w:p>
      <w:pPr>
        <w:pStyle w:val="Caption"/>
      </w:pPr>
      <w:r>
        <w:t>Interna referenca: S6-Q01  |  6.1.1 Definisani KPI i vlasništvo nad pokazateljima</w:t>
      </w:r>
    </w:p>
    <w:p>
      <w:pPr/>
      <w:r>
        <w:rPr>
          <w:b/>
          <w:color w:val="0D223F"/>
        </w:rPr>
        <w:t>C189  Ko prikuplja i proverava podatke za KPI?</w:t>
      </w:r>
    </w:p>
    <w:p>
      <w:r>
        <w:t>☐ Da     ☐ Delimično     ☐ Ne     ☐ Nije primenljivo     ☐ Nije dostupno</w:t>
      </w:r>
    </w:p>
    <w:p>
      <w:r>
        <w:t>Komentar / primer: __________________________________________________________</w:t>
      </w:r>
    </w:p>
    <w:p>
      <w:pPr>
        <w:pStyle w:val="Caption"/>
      </w:pPr>
      <w:r>
        <w:t>Interna referenca: S6-Q02  |  6.1.1 Definisani KPI i vlasništvo nad pokazateljima</w:t>
      </w:r>
    </w:p>
    <w:p>
      <w:pPr/>
      <w:r>
        <w:rPr>
          <w:b/>
          <w:color w:val="0D223F"/>
        </w:rPr>
        <w:t>C190  Koliko često se izveštava o rezultatima nabavke?</w:t>
      </w:r>
    </w:p>
    <w:p>
      <w:r>
        <w:t>☐ Da     ☐ Delimično     ☐ Ne     ☐ Nije primenljivo     ☐ Nije dostupno</w:t>
      </w:r>
    </w:p>
    <w:p>
      <w:r>
        <w:t>Komentar / primer: __________________________________________________________</w:t>
      </w:r>
    </w:p>
    <w:p>
      <w:pPr>
        <w:pStyle w:val="Caption"/>
      </w:pPr>
      <w:r>
        <w:t>Interna referenca: S6-Q03  |  6.1.2 Praćenje i izveštavanje</w:t>
      </w:r>
    </w:p>
    <w:p>
      <w:pPr/>
      <w:r>
        <w:rPr>
          <w:b/>
          <w:color w:val="0D223F"/>
        </w:rPr>
        <w:t>C191  Kome se dostavljaju izveštaji i koje odluke iz njih proizlaze?</w:t>
      </w:r>
    </w:p>
    <w:p>
      <w:r>
        <w:t>☐ Da     ☐ Delimično     ☐ Ne     ☐ Nije primenljivo     ☐ Nije dostupno</w:t>
      </w:r>
    </w:p>
    <w:p>
      <w:r>
        <w:t>Komentar / primer: __________________________________________________________</w:t>
      </w:r>
    </w:p>
    <w:p>
      <w:pPr>
        <w:pStyle w:val="Caption"/>
      </w:pPr>
      <w:r>
        <w:t>Interna referenca: S6-Q04  |  6.1.2 Praćenje i izveštavanje</w:t>
      </w:r>
    </w:p>
    <w:p>
      <w:pPr/>
      <w:r>
        <w:rPr>
          <w:b/>
          <w:color w:val="0D223F"/>
        </w:rPr>
        <w:t>C192  Da li postoje ciljne vrednosti KPI i planovi poboljšanja?</w:t>
      </w:r>
    </w:p>
    <w:p>
      <w:r>
        <w:t>☐ Da     ☐ Delimično     ☐ Ne     ☐ Nije primenljivo     ☐ Nije dostupno</w:t>
      </w:r>
    </w:p>
    <w:p>
      <w:r>
        <w:t>Komentar / primer: __________________________________________________________</w:t>
      </w:r>
    </w:p>
    <w:p>
      <w:pPr>
        <w:pStyle w:val="Caption"/>
      </w:pPr>
      <w:r>
        <w:t>Interna referenca: S6-Q05  |  6.1.3 Ciljevi i korektivne mere</w:t>
      </w:r>
    </w:p>
    <w:p>
      <w:pPr/>
      <w:r>
        <w:rPr>
          <w:b/>
          <w:color w:val="0D223F"/>
        </w:rPr>
        <w:t>C193  Kako se dokumentuju i prate korektivne mere?</w:t>
      </w:r>
    </w:p>
    <w:p>
      <w:r>
        <w:t>☐ Da     ☐ Delimično     ☐ Ne     ☐ Nije primenljivo     ☐ Nije dostupno</w:t>
      </w:r>
    </w:p>
    <w:p>
      <w:r>
        <w:t>Komentar / primer: __________________________________________________________</w:t>
      </w:r>
    </w:p>
    <w:p>
      <w:pPr>
        <w:pStyle w:val="Caption"/>
      </w:pPr>
      <w:r>
        <w:t>Interna referenca: S6-Q06  |  6.1.3 Ciljevi i korektivne mere</w:t>
      </w:r>
    </w:p>
    <w:p>
      <w:pPr/>
      <w:r>
        <w:rPr>
          <w:b/>
          <w:color w:val="0D223F"/>
        </w:rPr>
        <w:t>C194  Postoje li datumi zahteva, odobrenja, narudžbenica i isporuka?</w:t>
      </w:r>
    </w:p>
    <w:p>
      <w:r>
        <w:t>☐ Da     ☐ Delimično     ☐ Ne     ☐ Nije primenljivo     ☐ Nije dostupno</w:t>
      </w:r>
    </w:p>
    <w:p>
      <w:r>
        <w:t>Komentar / primer: __________________________________________________________</w:t>
      </w:r>
    </w:p>
    <w:p>
      <w:pPr>
        <w:pStyle w:val="Caption"/>
      </w:pPr>
      <w:r>
        <w:t>Interna referenca: S6-Q07  |  6.1.4 Merenje operativne efikasnosti</w:t>
      </w:r>
    </w:p>
    <w:p>
      <w:pPr/>
      <w:r>
        <w:rPr>
          <w:b/>
          <w:color w:val="0D223F"/>
        </w:rPr>
        <w:t>C195  Možete li dostaviti postojeći izvoz narudžbenica i zahteva?</w:t>
      </w:r>
    </w:p>
    <w:p>
      <w:r>
        <w:t>☐ Da     ☐ Delimično     ☐ Ne     ☐ Nije primenljivo     ☐ Nije dostupno</w:t>
      </w:r>
    </w:p>
    <w:p>
      <w:r>
        <w:t>Komentar / primer: __________________________________________________________</w:t>
      </w:r>
    </w:p>
    <w:p>
      <w:pPr>
        <w:pStyle w:val="Caption"/>
      </w:pPr>
      <w:r>
        <w:t>Interna referenca: S6-Q08  |  6.1.4 Merenje operativne efikasnosti</w:t>
      </w:r>
    </w:p>
    <w:p>
      <w:pPr/>
      <w:r>
        <w:rPr>
          <w:b/>
          <w:color w:val="0D223F"/>
        </w:rPr>
        <w:t>C196  Kako se dokumentuju ostvarene uštede i izbegnuti troškovi?</w:t>
      </w:r>
    </w:p>
    <w:p>
      <w:r>
        <w:t>☐ Da     ☐ Delimično     ☐ Ne     ☐ Nije primenljivo     ☐ Nije dostupno</w:t>
      </w:r>
    </w:p>
    <w:p>
      <w:r>
        <w:t>Komentar / primer: __________________________________________________________</w:t>
      </w:r>
    </w:p>
    <w:p>
      <w:pPr>
        <w:pStyle w:val="Caption"/>
      </w:pPr>
      <w:r>
        <w:t>Interna referenca: S6-Q09  |  6.1.5 Merenje finansijskog doprinosa</w:t>
      </w:r>
    </w:p>
    <w:p>
      <w:pPr/>
      <w:r>
        <w:rPr>
          <w:b/>
          <w:color w:val="0D223F"/>
        </w:rPr>
        <w:t>C197  Postoje li potvrde finansija za prijavljene uštede?</w:t>
      </w:r>
    </w:p>
    <w:p>
      <w:r>
        <w:t>☐ Da     ☐ Delimično     ☐ Ne     ☐ Nije primenljivo     ☐ Nije dostupno</w:t>
      </w:r>
    </w:p>
    <w:p>
      <w:r>
        <w:t>Komentar / primer: __________________________________________________________</w:t>
      </w:r>
    </w:p>
    <w:p>
      <w:pPr>
        <w:pStyle w:val="Caption"/>
      </w:pPr>
      <w:r>
        <w:t>Interna referenca: S6-Q10  |  6.1.5 Merenje finansijskog doprinosa</w:t>
      </w:r>
    </w:p>
    <w:p>
      <w:pPr/>
      <w:r>
        <w:rPr>
          <w:b/>
          <w:color w:val="0D223F"/>
        </w:rPr>
        <w:t>C198  Koji se alati koriste za zahteve, narudžbenice i ugovore?</w:t>
      </w:r>
    </w:p>
    <w:p>
      <w:r>
        <w:t>☐ Da     ☐ Delimično     ☐ Ne     ☐ Nije primenljivo     ☐ Nije dostupno</w:t>
      </w:r>
    </w:p>
    <w:p>
      <w:r>
        <w:t>Komentar / primer: __________________________________________________________</w:t>
      </w:r>
    </w:p>
    <w:p>
      <w:pPr>
        <w:pStyle w:val="Caption"/>
      </w:pPr>
      <w:r>
        <w:t>Interna referenca: S6-Q11  |  6.2.1 Sistemska podrška procesu</w:t>
      </w:r>
    </w:p>
    <w:p>
      <w:pPr/>
      <w:r>
        <w:rPr>
          <w:b/>
          <w:color w:val="0D223F"/>
        </w:rPr>
        <w:t>C199  Koji koraci se vode van sistema (e-pošta, Excel, papir)?</w:t>
      </w:r>
    </w:p>
    <w:p>
      <w:r>
        <w:t>☐ Da     ☐ Delimično     ☐ Ne     ☐ Nije primenljivo     ☐ Nije dostupno</w:t>
      </w:r>
    </w:p>
    <w:p>
      <w:r>
        <w:t>Komentar / primer: __________________________________________________________</w:t>
      </w:r>
    </w:p>
    <w:p>
      <w:pPr>
        <w:pStyle w:val="Caption"/>
      </w:pPr>
      <w:r>
        <w:t>Interna referenca: S6-Q12  |  6.2.1 Sistemska podrška procesu</w:t>
      </w:r>
    </w:p>
    <w:p>
      <w:pPr/>
      <w:r>
        <w:rPr>
          <w:b/>
          <w:color w:val="0D223F"/>
        </w:rPr>
        <w:t>C200  Da li se odobravanja obavljaju elektronski?</w:t>
      </w:r>
    </w:p>
    <w:p>
      <w:r>
        <w:t>☐ Da     ☐ Delimično     ☐ Ne     ☐ Nije primenljivo     ☐ Nije dostupno</w:t>
      </w:r>
    </w:p>
    <w:p>
      <w:r>
        <w:t>Komentar / primer: __________________________________________________________</w:t>
      </w:r>
    </w:p>
    <w:p>
      <w:pPr>
        <w:pStyle w:val="Caption"/>
      </w:pPr>
      <w:r>
        <w:t>Interna referenca: S6-Q13  |  6.2.2 Automatizacija i odobravanja</w:t>
      </w:r>
    </w:p>
    <w:p>
      <w:pPr/>
      <w:r>
        <w:rPr>
          <w:b/>
          <w:color w:val="0D223F"/>
        </w:rPr>
        <w:t>C201  Da li postoje automatske kontrole limita i duplih faktura?</w:t>
      </w:r>
    </w:p>
    <w:p>
      <w:r>
        <w:t>☐ Da     ☐ Delimično     ☐ Ne     ☐ Nije primenljivo     ☐ Nije dostupno</w:t>
      </w:r>
    </w:p>
    <w:p>
      <w:r>
        <w:t>Komentar / primer: __________________________________________________________</w:t>
      </w:r>
    </w:p>
    <w:p>
      <w:pPr>
        <w:pStyle w:val="Caption"/>
      </w:pPr>
      <w:r>
        <w:t>Interna referenca: S6-Q14  |  6.2.2 Automatizacija i odobravanja</w:t>
      </w:r>
    </w:p>
    <w:p>
      <w:pPr/>
      <w:r>
        <w:rPr>
          <w:b/>
          <w:color w:val="0D223F"/>
        </w:rPr>
        <w:t>C202  Da li postoji jedinstveni registar dobavljača i kategorija?</w:t>
      </w:r>
    </w:p>
    <w:p>
      <w:r>
        <w:t>☐ Da     ☐ Delimično     ☐ Ne     ☐ Nije primenljivo     ☐ Nije dostupno</w:t>
      </w:r>
    </w:p>
    <w:p>
      <w:r>
        <w:t>Komentar / primer: __________________________________________________________</w:t>
      </w:r>
    </w:p>
    <w:p>
      <w:pPr>
        <w:pStyle w:val="Caption"/>
      </w:pPr>
      <w:r>
        <w:t>Interna referenca: S6-Q15  |  6.2.3 Kvalitet master podataka</w:t>
      </w:r>
    </w:p>
    <w:p>
      <w:pPr/>
      <w:r>
        <w:rPr>
          <w:b/>
          <w:color w:val="0D223F"/>
        </w:rPr>
        <w:t>C203  Kako se proveravaju duplikati i nepotpuni zapisi?</w:t>
      </w:r>
    </w:p>
    <w:p>
      <w:r>
        <w:t>☐ Da     ☐ Delimično     ☐ Ne     ☐ Nije primenljivo     ☐ Nije dostupno</w:t>
      </w:r>
    </w:p>
    <w:p>
      <w:r>
        <w:t>Komentar / primer: __________________________________________________________</w:t>
      </w:r>
    </w:p>
    <w:p>
      <w:pPr>
        <w:pStyle w:val="Caption"/>
      </w:pPr>
      <w:r>
        <w:t>Interna referenca: S6-Q16  |  6.2.3 Kvalitet master podataka</w:t>
      </w:r>
    </w:p>
    <w:p>
      <w:pPr/>
      <w:r>
        <w:rPr>
          <w:b/>
          <w:color w:val="0D223F"/>
        </w:rPr>
        <w:t>C204  Da li su zahtev, PO, prijem i faktura povezani identifikatorom?</w:t>
      </w:r>
    </w:p>
    <w:p>
      <w:r>
        <w:t>☐ Da     ☐ Delimično     ☐ Ne     ☐ Nije primenljivo     ☐ Nije dostupno</w:t>
      </w:r>
    </w:p>
    <w:p>
      <w:r>
        <w:t>Komentar / primer: __________________________________________________________</w:t>
      </w:r>
    </w:p>
    <w:p>
      <w:pPr>
        <w:pStyle w:val="Caption"/>
      </w:pPr>
      <w:r>
        <w:t>Interna referenca: S6-Q17  |  6.2.4 Povezanost sistema i sledljivost</w:t>
      </w:r>
    </w:p>
    <w:p>
      <w:pPr/>
      <w:r>
        <w:rPr>
          <w:b/>
          <w:color w:val="0D223F"/>
        </w:rPr>
        <w:t>C205  Može li se rekonstruisati istorija pojedinačne nabavke?</w:t>
      </w:r>
    </w:p>
    <w:p>
      <w:r>
        <w:t>☐ Da     ☐ Delimično     ☐ Ne     ☐ Nije primenljivo     ☐ Nije dostupno</w:t>
      </w:r>
    </w:p>
    <w:p>
      <w:r>
        <w:t>Komentar / primer: __________________________________________________________</w:t>
      </w:r>
    </w:p>
    <w:p>
      <w:pPr>
        <w:pStyle w:val="Caption"/>
      </w:pPr>
      <w:r>
        <w:t>Interna referenca: S6-Q18  |  6.2.4 Povezanost sistema i sledljivost</w:t>
      </w:r>
    </w:p>
    <w:p>
      <w:pPr/>
      <w:r>
        <w:rPr>
          <w:b/>
          <w:color w:val="0D223F"/>
        </w:rPr>
        <w:t>C206  Može li se izvesti potrošnja po dobavljaču, kategoriji i periodu?</w:t>
      </w:r>
    </w:p>
    <w:p>
      <w:r>
        <w:t>☐ Da     ☐ Delimično     ☐ Ne     ☐ Nije primenljivo     ☐ Nije dostupno</w:t>
      </w:r>
    </w:p>
    <w:p>
      <w:r>
        <w:t>Komentar / primer: __________________________________________________________</w:t>
      </w:r>
    </w:p>
    <w:p>
      <w:pPr>
        <w:pStyle w:val="Caption"/>
      </w:pPr>
      <w:r>
        <w:t>Interna referenca: S6-Q19  |  6.2.5 Analitika i pristup podacima</w:t>
      </w:r>
    </w:p>
    <w:p>
      <w:pPr/>
      <w:r>
        <w:rPr>
          <w:b/>
          <w:color w:val="0D223F"/>
        </w:rPr>
        <w:t>C207  Da li postoje standardni dashboard-i i kontrola pristupa?</w:t>
      </w:r>
    </w:p>
    <w:p>
      <w:r>
        <w:t>☐ Da     ☐ Delimično     ☐ Ne     ☐ Nije primenljivo     ☐ Nije dostupno</w:t>
      </w:r>
    </w:p>
    <w:p>
      <w:r>
        <w:t>Komentar / primer: __________________________________________________________</w:t>
      </w:r>
    </w:p>
    <w:p>
      <w:pPr>
        <w:pStyle w:val="Caption"/>
      </w:pPr>
      <w:r>
        <w:t>Interna referenca: S6-Q20  |  6.2.5 Analitika i pristup podacima</w:t>
      </w:r>
    </w:p>
    <w:p>
      <w:pPr/>
      <w:r>
        <w:rPr>
          <w:b/>
          <w:color w:val="0D223F"/>
        </w:rPr>
        <w:t>C208  Da li se meri zadovoljstvo internih korisnika nabavkom?</w:t>
      </w:r>
    </w:p>
    <w:p>
      <w:r>
        <w:t>☐ Da     ☐ Delimično     ☐ Ne     ☐ Nije primenljivo     ☐ Nije dostupno</w:t>
      </w:r>
    </w:p>
    <w:p>
      <w:r>
        <w:t>Komentar / primer: __________________________________________________________</w:t>
      </w:r>
    </w:p>
    <w:p>
      <w:pPr>
        <w:pStyle w:val="Caption"/>
      </w:pPr>
      <w:r>
        <w:t>Interna referenca: S6-Q21  |  6.3.1 Saradnja sa internim korisnicima</w:t>
      </w:r>
    </w:p>
    <w:p>
      <w:pPr/>
      <w:r>
        <w:rPr>
          <w:b/>
          <w:color w:val="0D223F"/>
        </w:rPr>
        <w:t>C209  Kako se rešavaju prijavljeni problemi?</w:t>
      </w:r>
    </w:p>
    <w:p>
      <w:r>
        <w:t>☐ Da     ☐ Delimično     ☐ Ne     ☐ Nije primenljivo     ☐ Nije dostupno</w:t>
      </w:r>
    </w:p>
    <w:p>
      <w:r>
        <w:t>Komentar / primer: __________________________________________________________</w:t>
      </w:r>
    </w:p>
    <w:p>
      <w:pPr>
        <w:pStyle w:val="Caption"/>
      </w:pPr>
      <w:r>
        <w:t>Interna referenca: S6-Q22  |  6.3.1 Saradnja sa internim korisnicima</w:t>
      </w:r>
    </w:p>
    <w:p>
      <w:pPr/>
      <w:r>
        <w:rPr>
          <w:b/>
          <w:color w:val="0D223F"/>
        </w:rPr>
        <w:t>C210  Da li postoji registar inicijativa za unapređenje nabavke?</w:t>
      </w:r>
    </w:p>
    <w:p>
      <w:r>
        <w:t>☐ Da     ☐ Delimično     ☐ Ne     ☐ Nije primenljivo     ☐ Nije dostupno</w:t>
      </w:r>
    </w:p>
    <w:p>
      <w:r>
        <w:t>Komentar / primer: __________________________________________________________</w:t>
      </w:r>
    </w:p>
    <w:p>
      <w:pPr>
        <w:pStyle w:val="Caption"/>
      </w:pPr>
      <w:r>
        <w:t>Interna referenca: S6-Q23  |  6.3.2 Projekti unapređenja</w:t>
      </w:r>
    </w:p>
    <w:p>
      <w:pPr/>
      <w:r>
        <w:rPr>
          <w:b/>
          <w:color w:val="0D223F"/>
        </w:rPr>
        <w:t>C211  Da li se mere rezultati sprovedenih inicijativa?</w:t>
      </w:r>
    </w:p>
    <w:p>
      <w:r>
        <w:t>☐ Da     ☐ Delimično     ☐ Ne     ☐ Nije primenljivo     ☐ Nije dostupno</w:t>
      </w:r>
    </w:p>
    <w:p>
      <w:r>
        <w:t>Komentar / primer: __________________________________________________________</w:t>
      </w:r>
    </w:p>
    <w:p>
      <w:pPr>
        <w:pStyle w:val="Caption"/>
      </w:pPr>
      <w:r>
        <w:t>Interna referenca: S6-Q24  |  6.3.2 Projekti unapređenja</w:t>
      </w:r>
    </w:p>
    <w:p>
      <w:pPr/>
      <w:r>
        <w:rPr>
          <w:b/>
          <w:color w:val="0D223F"/>
        </w:rPr>
        <w:t>C212  Da li dobavljači predlažu inovacije ili poboljšanja?</w:t>
      </w:r>
    </w:p>
    <w:p>
      <w:r>
        <w:t>☐ Da     ☐ Delimično     ☐ Ne     ☐ Nije primenljivo     ☐ Nije dostupno</w:t>
      </w:r>
    </w:p>
    <w:p>
      <w:r>
        <w:t>Komentar / primer: __________________________________________________________</w:t>
      </w:r>
    </w:p>
    <w:p>
      <w:pPr>
        <w:pStyle w:val="Caption"/>
      </w:pPr>
      <w:r>
        <w:t>Interna referenca: S6-Q25  |  6.3.3 Inovacije i saradnja sa dobavljačima</w:t>
      </w:r>
    </w:p>
    <w:p>
      <w:pPr/>
      <w:r>
        <w:rPr>
          <w:b/>
          <w:color w:val="0D223F"/>
        </w:rPr>
        <w:t>C213  Možete li navesti primer realizovane inicijative?</w:t>
      </w:r>
    </w:p>
    <w:p>
      <w:r>
        <w:t>☐ Da     ☐ Delimično     ☐ Ne     ☐ Nije primenljivo     ☐ Nije dostupno</w:t>
      </w:r>
    </w:p>
    <w:p>
      <w:r>
        <w:t>Komentar / primer: __________________________________________________________</w:t>
      </w:r>
    </w:p>
    <w:p>
      <w:pPr>
        <w:pStyle w:val="Caption"/>
      </w:pPr>
      <w:r>
        <w:t>Interna referenca: S6-Q26  |  6.3.3 Inovacije i saradnja sa dobavljačima</w:t>
      </w:r>
    </w:p>
    <w:p>
      <w:pPr/>
      <w:r>
        <w:rPr>
          <w:b/>
          <w:color w:val="0D223F"/>
        </w:rPr>
        <w:t>C214  Da li se primenjuju kriterijumi održivosti pri izboru dobavljača?</w:t>
      </w:r>
    </w:p>
    <w:p>
      <w:r>
        <w:t>☐ Da     ☐ Delimično     ☐ Ne     ☐ Nije primenljivo     ☐ Nije dostupno</w:t>
      </w:r>
    </w:p>
    <w:p>
      <w:r>
        <w:t>Komentar / primer: __________________________________________________________</w:t>
      </w:r>
    </w:p>
    <w:p>
      <w:pPr>
        <w:pStyle w:val="Caption"/>
      </w:pPr>
      <w:r>
        <w:t>Interna referenca: S6-Q27  |  6.3.4 Održivost i odgovorna nabavka</w:t>
      </w:r>
    </w:p>
    <w:p>
      <w:pPr/>
      <w:r>
        <w:rPr>
          <w:b/>
          <w:color w:val="0D223F"/>
        </w:rPr>
        <w:t>C215  Da li se prate povezani ciljevi ili pokazatelji?</w:t>
      </w:r>
    </w:p>
    <w:p>
      <w:r>
        <w:t>☐ Da     ☐ Delimično     ☐ Ne     ☐ Nije primenljivo     ☐ Nije dostupno</w:t>
      </w:r>
    </w:p>
    <w:p>
      <w:r>
        <w:t>Komentar / primer: __________________________________________________________</w:t>
      </w:r>
    </w:p>
    <w:p>
      <w:pPr>
        <w:pStyle w:val="Caption"/>
      </w:pPr>
      <w:r>
        <w:t>Interna referenca: S6-Q28  |  6.3.4 Održivost i odgovorna nabavka</w:t>
      </w:r>
    </w:p>
    <w:p>
      <w:pPr/>
      <w:r>
        <w:rPr>
          <w:b/>
          <w:color w:val="0D223F"/>
        </w:rPr>
        <w:t>C216  Da li postoji plan obuka i razvoja zaposlenih u nabavci?</w:t>
      </w:r>
    </w:p>
    <w:p>
      <w:r>
        <w:t>☐ Da     ☐ Delimično     ☐ Ne     ☐ Nije primenljivo     ☐ Nije dostupno</w:t>
      </w:r>
    </w:p>
    <w:p>
      <w:r>
        <w:t>Komentar / primer: __________________________________________________________</w:t>
      </w:r>
    </w:p>
    <w:p>
      <w:pPr>
        <w:pStyle w:val="Caption"/>
      </w:pPr>
      <w:r>
        <w:t>Interna referenca: S6-Q29  |  6.3.5 Razvoj kompetencija</w:t>
      </w:r>
    </w:p>
    <w:p>
      <w:pPr/>
      <w:r>
        <w:rPr>
          <w:b/>
          <w:color w:val="0D223F"/>
        </w:rPr>
        <w:t>C217  Kako se proverava efekat obuka?</w:t>
      </w:r>
    </w:p>
    <w:p>
      <w:r>
        <w:t>☐ Da     ☐ Delimično     ☐ Ne     ☐ Nije primenljivo     ☐ Nije dostupno</w:t>
      </w:r>
    </w:p>
    <w:p>
      <w:r>
        <w:t>Komentar / primer: __________________________________________________________</w:t>
      </w:r>
    </w:p>
    <w:p>
      <w:pPr>
        <w:pStyle w:val="Caption"/>
      </w:pPr>
      <w:r>
        <w:t>Interna referenca: S6-Q30  |  6.3.5 Razvoj kompetencija</w:t>
      </w:r>
    </w:p>
    <w:p>
      <w:pPr/>
      <w:r>
        <w:rPr>
          <w:b/>
          <w:color w:val="0D223F"/>
        </w:rPr>
        <w:t>C218  Možete li dostaviti datume zahteva i narudžbenica za posmatrani period?</w:t>
      </w:r>
    </w:p>
    <w:p>
      <w:r>
        <w:t>☐ Da     ☐ Delimično     ☐ Ne     ☐ Nije primenljivo     ☐ Nije dostupno</w:t>
      </w:r>
    </w:p>
    <w:p>
      <w:r>
        <w:t>Komentar / primer: __________________________________________________________</w:t>
      </w:r>
    </w:p>
    <w:p>
      <w:pPr>
        <w:pStyle w:val="Caption"/>
      </w:pPr>
      <w:r>
        <w:t>Interna referenca: S6-Q31  |  6.4.1 Vreme ciklusa nabavke</w:t>
      </w:r>
    </w:p>
    <w:p>
      <w:pPr/>
      <w:r>
        <w:rPr>
          <w:b/>
          <w:color w:val="0D223F"/>
        </w:rPr>
        <w:t>C219  Možete li dostaviti evidenciju postupaka i oznaku da li su vođeni digitalno?</w:t>
      </w:r>
    </w:p>
    <w:p>
      <w:r>
        <w:t>☐ Da     ☐ Delimično     ☐ Ne     ☐ Nije primenljivo     ☐ Nije dostupno</w:t>
      </w:r>
    </w:p>
    <w:p>
      <w:r>
        <w:t>Komentar / primer: __________________________________________________________</w:t>
      </w:r>
    </w:p>
    <w:p>
      <w:pPr>
        <w:pStyle w:val="Caption"/>
      </w:pPr>
      <w:r>
        <w:t>Interna referenca: S6-Q32  |  6.4.2 Elektronska pokrivenost postupaka</w:t>
      </w:r>
    </w:p>
    <w:p>
      <w:pPr/>
      <w:r>
        <w:rPr>
          <w:b/>
          <w:color w:val="0D223F"/>
        </w:rPr>
        <w:t>C220  Možete li dostaviti anonimizovan registar dobavljača sa ključnim poljima?</w:t>
      </w:r>
    </w:p>
    <w:p>
      <w:r>
        <w:t>☐ Da     ☐ Delimično     ☐ Ne     ☐ Nije primenljivo     ☐ Nije dostupno</w:t>
      </w:r>
    </w:p>
    <w:p>
      <w:r>
        <w:t>Komentar / primer: __________________________________________________________</w:t>
      </w:r>
    </w:p>
    <w:p>
      <w:pPr>
        <w:pStyle w:val="Caption"/>
      </w:pPr>
      <w:r>
        <w:t>Interna referenca: S6-Q33  |  6.4.3 Kvalitet podataka dobavljača</w:t>
      </w:r>
    </w:p>
    <w:p>
      <w:pPr/>
      <w:r>
        <w:rPr>
          <w:b/>
          <w:color w:val="0D223F"/>
        </w:rPr>
        <w:t>C221  Možete li dostaviti ugovorene i stvarne datume isporuka?</w:t>
      </w:r>
    </w:p>
    <w:p>
      <w:r>
        <w:t>☐ Da     ☐ Delimično     ☐ Ne     ☐ Nije primenljivo     ☐ Nije dostupno</w:t>
      </w:r>
    </w:p>
    <w:p>
      <w:r>
        <w:t>Komentar / primer: __________________________________________________________</w:t>
      </w:r>
    </w:p>
    <w:p>
      <w:pPr>
        <w:pStyle w:val="Caption"/>
      </w:pPr>
      <w:r>
        <w:t>Interna referenca: S6-Q34  |  6.4.4 Pravovremenost isporuka</w:t>
      </w:r>
    </w:p>
    <w:p>
      <w:pPr/>
      <w:r>
        <w:rPr>
          <w:b/>
          <w:color w:val="0D223F"/>
        </w:rPr>
        <w:t>C222  Možete li dostaviti listu planiranih i završenih inicijativa?</w:t>
      </w:r>
    </w:p>
    <w:p>
      <w:r>
        <w:t>☐ Da     ☐ Delimično     ☐ Ne     ☐ Nije primenljivo     ☐ Nije dostupno</w:t>
      </w:r>
    </w:p>
    <w:p>
      <w:r>
        <w:t>Komentar / primer: __________________________________________________________</w:t>
      </w:r>
    </w:p>
    <w:p>
      <w:pPr>
        <w:pStyle w:val="Caption"/>
      </w:pPr>
      <w:r>
        <w:t>Interna referenca: S6-Q35  |  6.4.5 Realizacija inicijativa</w:t>
      </w:r>
    </w:p>
    <w:p>
      <w:pPr/>
      <w:r>
        <w:rPr>
          <w:b/>
          <w:color w:val="0D223F"/>
        </w:rPr>
        <w:t>C223  Možete li dostaviti primere KPI izveštaja, sistemskih ekrana i procedura?</w:t>
      </w:r>
    </w:p>
    <w:p>
      <w:r>
        <w:t>☐ Da     ☐ Delimično     ☐ Ne     ☐ Nije primenljivo     ☐ Nije dostupno     ☐ Postojeći KPI izveštaji i ciljne vrednosti (ako postoje).     ☐ Izvoz nabavnih zahteva i narudžbenica sa datumima i identifikatorima.</w:t>
      </w:r>
    </w:p>
    <w:p>
      <w:r>
        <w:t>Komentar / primer: __________________________________________________________</w:t>
      </w:r>
    </w:p>
    <w:p>
      <w:pPr>
        <w:pStyle w:val="Caption"/>
      </w:pPr>
      <w:r>
        <w:t>Interna referenca: S6-Q36  |  6.4.6 Indeks zrelosti performansi i digitalizacije</w:t>
      </w:r>
    </w:p>
    <w:p>
      <w:pPr>
        <w:pStyle w:val="Heading1"/>
      </w:pPr>
      <w:r>
        <w:t>Objedinjeni zahtev za postojeće podatke i dokumentaciju</w:t>
      </w:r>
    </w:p>
    <w:p>
      <w:r>
        <w:t>Dostavite samo dokumentaciju koju već posedujete; format nije propisan. Za transakcione podatke poželjan je period poslednjih 12 meseci. Uzorak i obuhvat naknadno se dogovaraju. Osetljivi podaci mogu se anonimizovati kada to ne narušava analizu.</w:t>
      </w:r>
    </w:p>
    <w:p>
      <w:r>
        <w:t>☐ Organizacija: Organizaciona šema, opis odgovornosti, matrica ovlašćenja.</w:t>
      </w:r>
    </w:p>
    <w:p>
      <w:r>
        <w:t>☐ Procesi: Politika i procedure nabavke, uzorci zahteva, RFQ, ponuda, odobrenja, narudžbenica i faktura.</w:t>
      </w:r>
    </w:p>
    <w:p>
      <w:r>
        <w:t>☐ Troškovi: Postojeći spend report, transakcije po dobavljaču/kategoriji, plan ili budžet nabavke, evidencija ušteda.</w:t>
      </w:r>
    </w:p>
    <w:p>
      <w:r>
        <w:t>☐ Dobavljači: Registar dobavljača, evaluacije, reklamacije, evidencije isporuka, planovi kontinuiteta i procene rizika.</w:t>
      </w:r>
    </w:p>
    <w:p>
      <w:r>
        <w:t>☐ Ugovori: Registar ugovora, uzorci ugovora, cenovnici, fakture, uslovi plaćanja, datumi isteka.</w:t>
      </w:r>
    </w:p>
    <w:p>
      <w:r>
        <w:t>☐ Performanse: Postojeći KPI izveštaji, ERP/PO izvodi, evidencija inicijativa i projekata unapređenja.</w:t>
      </w:r>
    </w:p>
    <w:p>
      <w:r>
        <w:t>Napomena: dostupnost i kvalitet podataka biće posebno evidentirani; nedostajući podaci se ne tumače automatski kao neusaglašenost.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1109" w:right="1224" w:bottom="1037" w:left="122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>
      <w:t>PPA  •  Poverljivo – za potrebe procene nabavke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Caption"/>
    </w:pPr>
    <w:r>
      <w:t>PROVALTRA  |  PROCUREMENT ASSESSMENT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/>
    </w:pPr>
    <w:rPr>
      <w:rFonts w:ascii="Aptos" w:hAnsi="Aptos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ptos Display" w:hAnsi="Aptos Display"/>
      <w:b/>
      <w:bCs/>
      <w:color w:val="0D223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ptos Display" w:hAnsi="Aptos Display"/>
      <w:b/>
      <w:bCs/>
      <w:color w:val="0D223F"/>
      <w:sz w:val="20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ptos Display" w:hAnsi="Aptos Display"/>
      <w:color w:val="0D223F"/>
      <w:spacing w:val="5"/>
      <w:kern w:val="28"/>
      <w:sz w:val="4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