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PROVALTRA Procurement Assessment</w:t>
      </w:r>
    </w:p>
    <w:p>
      <w:pPr>
        <w:pStyle w:val="Subtitle"/>
      </w:pPr>
      <w:r>
        <w:t>PPA INITIAL  |  Početna procena nabavke</w:t>
      </w:r>
    </w:p>
    <w:p>
      <w:r>
        <w:t>Jedinstveni upitnik za svih šest oblasti nabavke</w:t>
      </w:r>
    </w:p>
    <w:tbl>
      <w:tblPr>
        <w:tblStyle w:val="LightShading-Accent1"/>
        <w:tblW w:type="auto" w:w="0"/>
        <w:tblLook w:firstColumn="1" w:firstRow="1" w:lastColumn="0" w:lastRow="0" w:noHBand="0" w:noVBand="1" w:val="04A0"/>
      </w:tblPr>
      <w:tblGrid>
        <w:gridCol w:w="4896"/>
        <w:gridCol w:w="4896"/>
      </w:tblGrid>
      <w:tr>
        <w:tc>
          <w:tcPr>
            <w:tcW w:type="dxa" w:w="4896"/>
          </w:tcPr>
          <w:p>
            <w:r>
              <w:t>Kompanija: ________________________</w:t>
            </w:r>
          </w:p>
        </w:tc>
        <w:tc>
          <w:tcPr>
            <w:tcW w:type="dxa" w:w="4896"/>
          </w:tcPr>
          <w:p>
            <w:r>
              <w:t>Datum: ______________</w:t>
            </w:r>
          </w:p>
        </w:tc>
      </w:tr>
      <w:tr>
        <w:tc>
          <w:tcPr>
            <w:tcW w:type="dxa" w:w="4896"/>
          </w:tcPr>
          <w:p>
            <w:r>
              <w:t>Kontakt osoba: ____________________</w:t>
            </w:r>
          </w:p>
        </w:tc>
        <w:tc>
          <w:tcPr>
            <w:tcW w:type="dxa" w:w="4896"/>
          </w:tcPr>
          <w:p>
            <w:r>
              <w:t>Funkcija: _____________</w:t>
            </w:r>
          </w:p>
        </w:tc>
      </w:tr>
      <w:tr>
        <w:tc>
          <w:tcPr>
            <w:tcW w:type="dxa" w:w="4896"/>
          </w:tcPr>
          <w:p>
            <w:r>
              <w:t>Delatnost: ________________________</w:t>
            </w:r>
          </w:p>
        </w:tc>
        <w:tc>
          <w:tcPr>
            <w:tcW w:type="dxa" w:w="4896"/>
          </w:tcPr>
          <w:p>
            <w:r>
              <w:t>Broj zaposlenih: ______</w:t>
            </w:r>
          </w:p>
        </w:tc>
      </w:tr>
    </w:tbl>
    <w:p>
      <w:pPr>
        <w:pStyle w:val="Heading1"/>
      </w:pPr>
      <w:r>
        <w:t>Uputstvo za popunjavanje</w:t>
      </w:r>
    </w:p>
    <w:p>
      <w:r>
        <w:t>Procena traje približno 15–25 minuta. Odaberite odgovor koji najbolje opisuje stvarnu praksu. Ne morate pripremati nove izveštaje niti računati KPI. Ako nešto ne postoji ili podatak nije dostupan, to slobodno navedite. Odgovori sami po sebi nisu konačna ocena – PROVALTRA proverava dokaze i kontekst.</w:t>
      </w:r>
    </w:p>
    <w:p>
      <w:r>
        <w:t>Oznake:  ☐ Da  ☐ Delimično  ☐ Ne  ☐ Nije primenljivo  ☐ Nije poznato / dostupno.  Kod pitanja o načinu rada opišite praksu u komentaru.</w:t>
      </w:r>
    </w:p>
    <w:p>
      <w:pPr>
        <w:pStyle w:val="Heading1"/>
      </w:pPr>
      <w:r>
        <w:t>1. Organizacija i upravljanje nabavkom</w:t>
      </w:r>
    </w:p>
    <w:p>
      <w:pPr/>
      <w:r>
        <w:rPr>
          <w:b/>
          <w:color w:val="0D223F"/>
        </w:rPr>
        <w:t>I001  Kako je organizovana funkcija nabavke u vašoj kompaniji?</w:t>
      </w:r>
    </w:p>
    <w:p>
      <w:r>
        <w:t>☐ Da     ☐ Delimično     ☐ Ne     ☐ Nije primenljivo     ☐ Nije poznato</w:t>
      </w:r>
    </w:p>
    <w:p>
      <w:r>
        <w:t>Komentar / primer: __________________________________________________________</w:t>
      </w:r>
    </w:p>
    <w:p>
      <w:pPr/>
      <w:r>
        <w:rPr>
          <w:b/>
          <w:color w:val="0D223F"/>
        </w:rPr>
        <w:t>I002  Da li postoji formalno definisana organizaciona struktura koja obuhvata funkciju nabavke?</w:t>
      </w:r>
    </w:p>
    <w:p>
      <w:r>
        <w:t>☐ Da     ☐ Delimično     ☐ Ne     ☐ Nije primenljivo     ☐ Nije poznato</w:t>
      </w:r>
    </w:p>
    <w:p>
      <w:r>
        <w:t>Komentar / primer: __________________________________________________________</w:t>
      </w:r>
    </w:p>
    <w:p>
      <w:pPr/>
      <w:r>
        <w:rPr>
          <w:b/>
          <w:color w:val="0D223F"/>
        </w:rPr>
        <w:t>I003  Da li nabavka učestvuje u planiranju i donošenju poslovnih odluka koje utiču na nabavne potrebe?</w:t>
      </w:r>
    </w:p>
    <w:p>
      <w:r>
        <w:t>☐ Da     ☐ Delimično     ☐ Ne     ☐ Nije primenljivo     ☐ Nije poznato</w:t>
      </w:r>
    </w:p>
    <w:p>
      <w:r>
        <w:t>Komentar / primer: __________________________________________________________</w:t>
      </w:r>
    </w:p>
    <w:p>
      <w:pPr/>
      <w:r>
        <w:rPr>
          <w:b/>
          <w:color w:val="0D223F"/>
        </w:rPr>
        <w:t>I004  Da li postoje definisana pravila koja određuju koje nabavke sprovodi nabavka, a koje drugi sektori?</w:t>
      </w:r>
    </w:p>
    <w:p>
      <w:r>
        <w:t>☐ Da     ☐ Delimično     ☐ Ne     ☐ Nije primenljivo     ☐ Nije poznato</w:t>
      </w:r>
    </w:p>
    <w:p>
      <w:r>
        <w:t>Komentar / primer: __________________________________________________________</w:t>
      </w:r>
    </w:p>
    <w:p>
      <w:pPr/>
      <w:r>
        <w:rPr>
          <w:b/>
          <w:color w:val="0D223F"/>
        </w:rPr>
        <w:t>I005  Da li postoje planirane promene organizacione strukture ili broja zaposlenih u nabavci?</w:t>
      </w:r>
    </w:p>
    <w:p>
      <w:r>
        <w:t>☐ Da     ☐ Delimično     ☐ Ne     ☐ Nije primenljivo     ☐ Nije poznato</w:t>
      </w:r>
    </w:p>
    <w:p>
      <w:r>
        <w:t>Komentar / primer: __________________________________________________________</w:t>
      </w:r>
    </w:p>
    <w:p>
      <w:pPr/>
      <w:r>
        <w:rPr>
          <w:b/>
          <w:color w:val="0D223F"/>
        </w:rPr>
        <w:t>I006  Da li zaposleni koji obavljaju nabavku imaju prethodno iskustvo ili obuku iz oblasti nabavke?</w:t>
      </w:r>
    </w:p>
    <w:p>
      <w:r>
        <w:t>☐ Da     ☐ Delimično     ☐ Ne     ☐ Nije primenljivo     ☐ Nije poznato</w:t>
      </w:r>
    </w:p>
    <w:p>
      <w:r>
        <w:t>Komentar / primer: __________________________________________________________</w:t>
      </w:r>
    </w:p>
    <w:p>
      <w:pPr>
        <w:pStyle w:val="Heading1"/>
      </w:pPr>
      <w:r>
        <w:t>2. Procesi, procedure i interna kontrola</w:t>
      </w:r>
    </w:p>
    <w:p>
      <w:pPr/>
      <w:r>
        <w:rPr>
          <w:b/>
          <w:color w:val="0D223F"/>
        </w:rPr>
        <w:t>I007  Da li je proces nabavke standardizovan i dokumentovan?</w:t>
      </w:r>
    </w:p>
    <w:p>
      <w:r>
        <w:t>☐ Da     ☐ Delimično     ☐ Ne     ☐ Nije primenljivo     ☐ Nije poznato</w:t>
      </w:r>
    </w:p>
    <w:p>
      <w:r>
        <w:t>Komentar / primer: __________________________________________________________</w:t>
      </w:r>
    </w:p>
    <w:p>
      <w:pPr/>
      <w:r>
        <w:rPr>
          <w:b/>
          <w:color w:val="0D223F"/>
        </w:rPr>
        <w:t>I008  Kako se iskazuju i planiraju nabavne potrebe?</w:t>
      </w:r>
    </w:p>
    <w:p>
      <w:r>
        <w:t>☐ Da     ☐ Delimično     ☐ Ne     ☐ Nije primenljivo     ☐ Nije poznato</w:t>
      </w:r>
    </w:p>
    <w:p>
      <w:r>
        <w:t>Komentar / primer: __________________________________________________________</w:t>
      </w:r>
    </w:p>
    <w:p>
      <w:pPr/>
      <w:r>
        <w:rPr>
          <w:b/>
          <w:color w:val="0D223F"/>
        </w:rPr>
        <w:t>I009  Da li su pravila prikupljanja i ocenjivanja ponuda definisana?</w:t>
      </w:r>
    </w:p>
    <w:p>
      <w:r>
        <w:t>☐ Da     ☐ Delimično     ☐ Ne     ☐ Nije primenljivo     ☐ Nije poznato</w:t>
      </w:r>
    </w:p>
    <w:p>
      <w:r>
        <w:t>Komentar / primer: __________________________________________________________</w:t>
      </w:r>
    </w:p>
    <w:p>
      <w:pPr/>
      <w:r>
        <w:rPr>
          <w:b/>
          <w:color w:val="0D223F"/>
        </w:rPr>
        <w:t>I010  Da li kompanija ima usvojenu politiku nabavke?</w:t>
      </w:r>
    </w:p>
    <w:p>
      <w:r>
        <w:t>☐ Da     ☐ Delimično     ☐ Ne     ☐ Nije primenljivo     ☐ Nije poznato</w:t>
      </w:r>
    </w:p>
    <w:p>
      <w:r>
        <w:t>Komentar / primer: __________________________________________________________</w:t>
      </w:r>
    </w:p>
    <w:p>
      <w:pPr/>
      <w:r>
        <w:rPr>
          <w:b/>
          <w:color w:val="0D223F"/>
        </w:rPr>
        <w:t>I011  Koliko se dosledno procedure primenjuju u svakodnevnom radu?</w:t>
      </w:r>
    </w:p>
    <w:p>
      <w:r>
        <w:t>☐ Da     ☐ Delimično     ☐ Ne     ☐ Nije primenljivo     ☐ Nije poznato</w:t>
      </w:r>
    </w:p>
    <w:p>
      <w:r>
        <w:t>Komentar / primer: __________________________________________________________</w:t>
      </w:r>
    </w:p>
    <w:p>
      <w:pPr/>
      <w:r>
        <w:rPr>
          <w:b/>
          <w:color w:val="0D223F"/>
        </w:rPr>
        <w:t>I012  Da li postoji formalna matrica ovlašćenja i odobravanja nabavki?</w:t>
      </w:r>
    </w:p>
    <w:p>
      <w:r>
        <w:t>☐ Da     ☐ Delimično     ☐ Ne     ☐ Nije primenljivo     ☐ Nije poznato</w:t>
      </w:r>
    </w:p>
    <w:p>
      <w:r>
        <w:t>Komentar / primer: __________________________________________________________</w:t>
      </w:r>
    </w:p>
    <w:p>
      <w:pPr>
        <w:pStyle w:val="Heading1"/>
      </w:pPr>
      <w:r>
        <w:t>3. Troškovi i upravljanje nabavnim kategorijama</w:t>
      </w:r>
    </w:p>
    <w:p>
      <w:pPr/>
      <w:r>
        <w:rPr>
          <w:b/>
          <w:color w:val="0D223F"/>
        </w:rPr>
        <w:t>I013  Da li možete dostaviti postojeći izveštaj o nabavnoj potrošnji za poslednjih 12 meseci?</w:t>
      </w:r>
    </w:p>
    <w:p>
      <w:r>
        <w:t>☐ Da     ☐ Delimično     ☐ Ne     ☐ Nije primenljivo     ☐ Nije poznato</w:t>
      </w:r>
    </w:p>
    <w:p>
      <w:r>
        <w:t>Komentar / primer: __________________________________________________________</w:t>
      </w:r>
    </w:p>
    <w:p>
      <w:pPr/>
      <w:r>
        <w:rPr>
          <w:b/>
          <w:color w:val="0D223F"/>
        </w:rPr>
        <w:t>I014  Da li razlikujete direktne i indirektne nabavke?</w:t>
      </w:r>
    </w:p>
    <w:p>
      <w:r>
        <w:t>☐ Da     ☐ Delimično     ☐ Ne     ☐ Nije primenljivo     ☐ Nije poznato</w:t>
      </w:r>
    </w:p>
    <w:p>
      <w:r>
        <w:t>Komentar / primer: __________________________________________________________</w:t>
      </w:r>
    </w:p>
    <w:p>
      <w:pPr/>
      <w:r>
        <w:rPr>
          <w:b/>
          <w:color w:val="0D223F"/>
        </w:rPr>
        <w:t>I015  Da li su nabavne transakcije označene kategorijom ili opisom robe/usluge?</w:t>
      </w:r>
    </w:p>
    <w:p>
      <w:r>
        <w:t>☐ Da     ☐ Delimično     ☐ Ne     ☐ Nije primenljivo     ☐ Nije poznato</w:t>
      </w:r>
    </w:p>
    <w:p>
      <w:r>
        <w:t>Komentar / primer: __________________________________________________________</w:t>
      </w:r>
    </w:p>
    <w:p>
      <w:pPr/>
      <w:r>
        <w:rPr>
          <w:b/>
          <w:color w:val="0D223F"/>
        </w:rPr>
        <w:t>I016  Da li postoje poznati jednokratni troškovi ili događaji koji značajno utiču na poređenje perioda?</w:t>
      </w:r>
    </w:p>
    <w:p>
      <w:r>
        <w:t>☐ Da     ☐ Delimično     ☐ Ne     ☐ Nije primenljivo     ☐ Nije poznato</w:t>
      </w:r>
    </w:p>
    <w:p>
      <w:r>
        <w:t>Komentar / primer: __________________________________________________________</w:t>
      </w:r>
    </w:p>
    <w:p>
      <w:pPr/>
      <w:r>
        <w:rPr>
          <w:b/>
          <w:color w:val="0D223F"/>
        </w:rPr>
        <w:t>I017  Da li se za ključne kategorije procenjuju rizik snabdevanja i značaj za poslovanje?</w:t>
      </w:r>
    </w:p>
    <w:p>
      <w:r>
        <w:t>☐ Da     ☐ Delimično     ☐ Ne     ☐ Nije primenljivo     ☐ Nije poznato</w:t>
      </w:r>
    </w:p>
    <w:p>
      <w:r>
        <w:t>Komentar / primer: __________________________________________________________</w:t>
      </w:r>
    </w:p>
    <w:p>
      <w:pPr/>
      <w:r>
        <w:rPr>
          <w:b/>
          <w:color w:val="0D223F"/>
        </w:rPr>
        <w:t>I018  Da li se isti proizvod ili usluga nabavlja pod različitim nazivima ili specifikacijama?</w:t>
      </w:r>
    </w:p>
    <w:p>
      <w:r>
        <w:t>☐ Da     ☐ Delimično     ☐ Ne     ☐ Nije primenljivo     ☐ Nije poznato</w:t>
      </w:r>
    </w:p>
    <w:p>
      <w:r>
        <w:t>Komentar / primer: __________________________________________________________</w:t>
      </w:r>
    </w:p>
    <w:p>
      <w:pPr>
        <w:pStyle w:val="Heading1"/>
      </w:pPr>
      <w:r>
        <w:t>4. Dobavljači i rizici snabdevanja</w:t>
      </w:r>
    </w:p>
    <w:p>
      <w:pPr/>
      <w:r>
        <w:rPr>
          <w:b/>
          <w:color w:val="0D223F"/>
        </w:rPr>
        <w:t>I019  Da li postoji centralni registar aktivnih dobavljača?</w:t>
      </w:r>
    </w:p>
    <w:p>
      <w:r>
        <w:t>☐ Da     ☐ Delimično     ☐ Ne     ☐ Nije primenljivo     ☐ Nije poznato</w:t>
      </w:r>
    </w:p>
    <w:p>
      <w:r>
        <w:t>Komentar / primer: __________________________________________________________</w:t>
      </w:r>
    </w:p>
    <w:p>
      <w:pPr/>
      <w:r>
        <w:rPr>
          <w:b/>
          <w:color w:val="0D223F"/>
        </w:rPr>
        <w:t>I020  Da li dobavljače delite prema vrednosti, kritičnosti i riziku?</w:t>
      </w:r>
    </w:p>
    <w:p>
      <w:r>
        <w:t>☐ Da     ☐ Delimično     ☐ Ne     ☐ Nije primenljivo     ☐ Nije poznato</w:t>
      </w:r>
    </w:p>
    <w:p>
      <w:r>
        <w:t>Komentar / primer: __________________________________________________________</w:t>
      </w:r>
    </w:p>
    <w:p>
      <w:pPr/>
      <w:r>
        <w:rPr>
          <w:b/>
          <w:color w:val="0D223F"/>
        </w:rPr>
        <w:t>I021  Da li identifikujete dobavljače bez odgovarajuće alternative?</w:t>
      </w:r>
    </w:p>
    <w:p>
      <w:r>
        <w:t>☐ Da     ☐ Delimično     ☐ Ne     ☐ Nije primenljivo     ☐ Nije poznato</w:t>
      </w:r>
    </w:p>
    <w:p>
      <w:r>
        <w:t>Komentar / primer: __________________________________________________________</w:t>
      </w:r>
    </w:p>
    <w:p>
      <w:pPr/>
      <w:r>
        <w:rPr>
          <w:b/>
          <w:color w:val="0D223F"/>
        </w:rPr>
        <w:t>I022  Da li imate pregled vlasništva, lokacije i ključnih kontakt osoba dobavljača?</w:t>
      </w:r>
    </w:p>
    <w:p>
      <w:r>
        <w:t>☐ Da     ☐ Delimično     ☐ Ne     ☐ Nije primenljivo     ☐ Nije poznato</w:t>
      </w:r>
    </w:p>
    <w:p>
      <w:r>
        <w:t>Komentar / primer: __________________________________________________________</w:t>
      </w:r>
    </w:p>
    <w:p>
      <w:pPr/>
      <w:r>
        <w:rPr>
          <w:b/>
          <w:color w:val="0D223F"/>
        </w:rPr>
        <w:t>I023  Da li beležite reklamacije, kašnjenja i neusaglašene isporuke?</w:t>
      </w:r>
    </w:p>
    <w:p>
      <w:r>
        <w:t>☐ Da     ☐ Delimično     ☐ Ne     ☐ Nije primenljivo     ☐ Nije poznato</w:t>
      </w:r>
    </w:p>
    <w:p>
      <w:r>
        <w:t>Komentar / primer: __________________________________________________________</w:t>
      </w:r>
    </w:p>
    <w:p>
      <w:pPr/>
      <w:r>
        <w:rPr>
          <w:b/>
          <w:color w:val="0D223F"/>
        </w:rPr>
        <w:t>I024  Da li postoje zapisnici o korektivnim merama i njihovom zatvaranju?</w:t>
      </w:r>
    </w:p>
    <w:p>
      <w:r>
        <w:t>☐ Da     ☐ Delimično     ☐ Ne     ☐ Nije primenljivo     ☐ Nije poznato</w:t>
      </w:r>
    </w:p>
    <w:p>
      <w:r>
        <w:t>Komentar / primer: __________________________________________________________</w:t>
      </w:r>
    </w:p>
    <w:p>
      <w:pPr>
        <w:pStyle w:val="Heading1"/>
      </w:pPr>
      <w:r>
        <w:t>5. Upravljanje ugovorima i komercijalnim uslovima</w:t>
      </w:r>
    </w:p>
    <w:p>
      <w:pPr/>
      <w:r>
        <w:rPr>
          <w:b/>
          <w:color w:val="0D223F"/>
        </w:rPr>
        <w:t>I025  Da li postoji jedinstven registar aktivnih ugovora?</w:t>
      </w:r>
    </w:p>
    <w:p>
      <w:r>
        <w:t>☐ Da     ☐ Delimično     ☐ Ne     ☐ Nije primenljivo     ☐ Nije poznato</w:t>
      </w:r>
    </w:p>
    <w:p>
      <w:r>
        <w:t>Komentar / primer: __________________________________________________________</w:t>
      </w:r>
    </w:p>
    <w:p>
      <w:pPr/>
      <w:r>
        <w:rPr>
          <w:b/>
          <w:color w:val="0D223F"/>
        </w:rPr>
        <w:t>I026  Da li koristite standardne obrasce ugovora i odobrene klauzule?</w:t>
      </w:r>
    </w:p>
    <w:p>
      <w:r>
        <w:t>☐ Da     ☐ Delimično     ☐ Ne     ☐ Nije primenljivo     ☐ Nije poznato</w:t>
      </w:r>
    </w:p>
    <w:p>
      <w:r>
        <w:t>Komentar / primer: __________________________________________________________</w:t>
      </w:r>
    </w:p>
    <w:p>
      <w:pPr/>
      <w:r>
        <w:rPr>
          <w:b/>
          <w:color w:val="0D223F"/>
        </w:rPr>
        <w:t>I027  Kako pratite datume isteka, otkazne rokove i automatsko produženje?</w:t>
      </w:r>
    </w:p>
    <w:p>
      <w:r>
        <w:t>☐ Da     ☐ Delimično     ☐ Ne     ☐ Nije primenljivo     ☐ Nije poznato</w:t>
      </w:r>
    </w:p>
    <w:p>
      <w:r>
        <w:t>Komentar / primer: __________________________________________________________</w:t>
      </w:r>
    </w:p>
    <w:p>
      <w:pPr/>
      <w:r>
        <w:rPr>
          <w:b/>
          <w:color w:val="0D223F"/>
        </w:rPr>
        <w:t>I028  Da li su aneksi, verzije i prateća dokumentacija centralno dostupni?</w:t>
      </w:r>
    </w:p>
    <w:p>
      <w:r>
        <w:t>☐ Da     ☐ Delimično     ☐ Ne     ☐ Nije primenljivo     ☐ Nije poznato</w:t>
      </w:r>
    </w:p>
    <w:p>
      <w:r>
        <w:t>Komentar / primer: __________________________________________________________</w:t>
      </w:r>
    </w:p>
    <w:p>
      <w:pPr/>
      <w:r>
        <w:rPr>
          <w:b/>
          <w:color w:val="0D223F"/>
        </w:rPr>
        <w:t>I029  Da li postoji pregled rokova plaćanja po dobavljačima?</w:t>
      </w:r>
    </w:p>
    <w:p>
      <w:r>
        <w:t>☐ Da     ☐ Delimično     ☐ Ne     ☐ Nije primenljivo     ☐ Nije poznato</w:t>
      </w:r>
    </w:p>
    <w:p>
      <w:r>
        <w:t>Komentar / primer: __________________________________________________________</w:t>
      </w:r>
    </w:p>
    <w:p>
      <w:pPr/>
      <w:r>
        <w:rPr>
          <w:b/>
          <w:color w:val="0D223F"/>
        </w:rPr>
        <w:t>I030  Da li možete povezati transakcije potrošnje sa važećim ugovorima?</w:t>
      </w:r>
    </w:p>
    <w:p>
      <w:r>
        <w:t>☐ Da     ☐ Delimično     ☐ Ne     ☐ Nije primenljivo     ☐ Nije poznato</w:t>
      </w:r>
    </w:p>
    <w:p>
      <w:r>
        <w:t>Komentar / primer: __________________________________________________________</w:t>
      </w:r>
    </w:p>
    <w:p>
      <w:pPr>
        <w:pStyle w:val="Heading1"/>
      </w:pPr>
      <w:r>
        <w:t>6. Performanse, digitalizacija i stvaranje vrednosti</w:t>
      </w:r>
    </w:p>
    <w:p>
      <w:pPr/>
      <w:r>
        <w:rPr>
          <w:b/>
          <w:color w:val="0D223F"/>
        </w:rPr>
        <w:t>I031  Da li su formalno definisani KPI nabavke?</w:t>
      </w:r>
    </w:p>
    <w:p>
      <w:r>
        <w:t>☐ Da     ☐ Delimično     ☐ Ne     ☐ Nije primenljivo     ☐ Nije poznato</w:t>
      </w:r>
    </w:p>
    <w:p>
      <w:r>
        <w:t>Komentar / primer: __________________________________________________________</w:t>
      </w:r>
    </w:p>
    <w:p>
      <w:pPr/>
      <w:r>
        <w:rPr>
          <w:b/>
          <w:color w:val="0D223F"/>
        </w:rPr>
        <w:t>I032  Koliko često se izveštava o rezultatima nabavke?</w:t>
      </w:r>
    </w:p>
    <w:p>
      <w:r>
        <w:t>☐ Da     ☐ Delimično     ☐ Ne     ☐ Nije primenljivo     ☐ Nije poznato</w:t>
      </w:r>
    </w:p>
    <w:p>
      <w:r>
        <w:t>Komentar / primer: __________________________________________________________</w:t>
      </w:r>
    </w:p>
    <w:p>
      <w:pPr/>
      <w:r>
        <w:rPr>
          <w:b/>
          <w:color w:val="0D223F"/>
        </w:rPr>
        <w:t>I033  Da li postoje ciljne vrednosti KPI i planovi poboljšanja?</w:t>
      </w:r>
    </w:p>
    <w:p>
      <w:r>
        <w:t>☐ Da     ☐ Delimično     ☐ Ne     ☐ Nije primenljivo     ☐ Nije poznato</w:t>
      </w:r>
    </w:p>
    <w:p>
      <w:r>
        <w:t>Komentar / primer: __________________________________________________________</w:t>
      </w:r>
    </w:p>
    <w:p>
      <w:pPr/>
      <w:r>
        <w:rPr>
          <w:b/>
          <w:color w:val="0D223F"/>
        </w:rPr>
        <w:t>I034  Kako se dokumentuju ostvarene uštede i izbegnuti troškovi?</w:t>
      </w:r>
    </w:p>
    <w:p>
      <w:r>
        <w:t>☐ Da     ☐ Delimično     ☐ Ne     ☐ Nije primenljivo     ☐ Nije poznato</w:t>
      </w:r>
    </w:p>
    <w:p>
      <w:r>
        <w:t>Komentar / primer: __________________________________________________________</w:t>
      </w:r>
    </w:p>
    <w:p>
      <w:pPr/>
      <w:r>
        <w:rPr>
          <w:b/>
          <w:color w:val="0D223F"/>
        </w:rPr>
        <w:t>I035  Da li se odobravanja obavljaju elektronski?</w:t>
      </w:r>
    </w:p>
    <w:p>
      <w:r>
        <w:t>☐ Da     ☐ Delimično     ☐ Ne     ☐ Nije primenljivo     ☐ Nije poznato</w:t>
      </w:r>
    </w:p>
    <w:p>
      <w:r>
        <w:t>Komentar / primer: __________________________________________________________</w:t>
      </w:r>
    </w:p>
    <w:p>
      <w:pPr/>
      <w:r>
        <w:rPr>
          <w:b/>
          <w:color w:val="0D223F"/>
        </w:rPr>
        <w:t>I036  Može li se izvesti potrošnja po dobavljaču, kategoriji i periodu?</w:t>
      </w:r>
    </w:p>
    <w:p>
      <w:r>
        <w:t>☐ Da     ☐ Delimično     ☐ Ne     ☐ Nije primenljivo     ☐ Nije poznato</w:t>
      </w:r>
    </w:p>
    <w:p>
      <w:r>
        <w:t>Komentar / primer: __________________________________________________________</w:t>
      </w:r>
    </w:p>
    <w:p>
      <w:pPr>
        <w:pStyle w:val="Heading1"/>
      </w:pPr>
      <w:r>
        <w:t>Opciona dokumentacija</w:t>
      </w:r>
    </w:p>
    <w:p>
      <w:r>
        <w:t>Ako već postoji, možete priložiti izveštaj o nabavnoj potrošnji za poslednjih 12 meseci u bilo kom formatu. Dostavljanje nije uslov za početnu procenu.</w:t>
      </w:r>
    </w:p>
    <w:p>
      <w:pPr>
        <w:pStyle w:val="Heading1"/>
      </w:pPr>
      <w:r>
        <w:t>Najvažniji izazovi</w:t>
      </w:r>
    </w:p>
    <w:p>
      <w:r>
        <w:t>Koja su tri najveća izazova u nabavci?</w:t>
        <w:br/>
        <w:t>1. ________________________________________________________</w:t>
        <w:br/>
        <w:t>2. ________________________________________________________</w:t>
        <w:br/>
        <w:t>3. ________________________________________________________</w:t>
      </w:r>
    </w:p>
    <w:sectPr w:rsidR="00FC693F" w:rsidRPr="0006063C" w:rsidSect="00034616">
      <w:headerReference w:type="default" r:id="rId9"/>
      <w:footerReference w:type="default" r:id="rId10"/>
      <w:pgSz w:w="12240" w:h="15840"/>
      <w:pgMar w:top="1109" w:right="1224" w:bottom="1037" w:left="122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t>PPA  •  Poverljivo – za potrebe procene nabavke</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Caption"/>
    </w:pPr>
    <w:r>
      <w:t>PROVALTRA  |  PROCUREMENT ASSESSMENT</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00"/>
    </w:pPr>
    <w:rPr>
      <w:rFonts w:ascii="Aptos" w:hAnsi="Aptos"/>
      <w:sz w:val="18"/>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ptos Display" w:hAnsi="Aptos Display"/>
      <w:b/>
      <w:bCs/>
      <w:color w:val="0D223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ptos Display" w:hAnsi="Aptos Display"/>
      <w:b/>
      <w:bCs/>
      <w:color w:val="0D223F"/>
      <w:sz w:val="20"/>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Aptos Display" w:hAnsi="Aptos Display"/>
      <w:color w:val="0D223F"/>
      <w:spacing w:val="5"/>
      <w:kern w:val="28"/>
      <w:sz w:val="4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